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מסע חלקי הדיבר</w:t>
            </w:r>
          </w:p>
          <w:p>
            <w:pPr>
              <w:bidi/>
              <w:jc w:val="right"/>
            </w:pPr>
            <w:r>
              <w:rPr>
                <w:rFonts w:ascii="Arial" w:hAnsi="Arial" w:cs="Arial" w:eastAsia="Arial"/>
                <w:lang w:val="he-IL" w:bidi="he-IL"/>
                <w:b/>
                <w:color w:val="3C1361"/>
                <w:sz w:val="32"/>
                <w:rtl/>
                <w:szCs w:val="32"/>
                <w:bCs/>
              </w:rPr>
              <w:t>חוברת תרגול – מסע חלקי הדיבר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ולזהות את תשעת חלקי הדיבר הנלמדים במסע: שם עצם, שם תואר, פועל, תואר הפועל, מילת יחס, מילת קישור, כינוי גוף, שם מספר ומילת שאלה</w:t>
      </w:r>
    </w:p>
    <w:p>
      <w:pPr>
        <w:bidi/>
        <w:spacing w:after="80"/>
        <w:jc w:val="right"/>
      </w:pPr>
      <w:r>
        <w:rPr>
          <w:rFonts w:ascii="Arial" w:hAnsi="Arial" w:cs="Arial" w:eastAsia="Arial"/>
          <w:lang w:val="he-IL" w:bidi="he-IL"/>
          <w:sz w:val="22"/>
          <w:rtl/>
          <w:szCs w:val="22"/>
        </w:rPr>
        <w:t>• לתרגל התאמה במין ובמספר בין שם עצם לשם תואר</w:t>
      </w:r>
    </w:p>
    <w:p>
      <w:pPr>
        <w:bidi/>
        <w:spacing w:after="80"/>
        <w:jc w:val="right"/>
      </w:pPr>
      <w:r>
        <w:rPr>
          <w:rFonts w:ascii="Arial" w:hAnsi="Arial" w:cs="Arial" w:eastAsia="Arial"/>
          <w:lang w:val="he-IL" w:bidi="he-IL"/>
          <w:sz w:val="22"/>
          <w:rtl/>
          <w:szCs w:val="22"/>
        </w:rPr>
        <w:t>• לזהות חלקי דיבר שונים בתוך משפט שלם וברצף טקסט</w:t>
      </w:r>
    </w:p>
    <w:p>
      <w:pPr>
        <w:bidi/>
        <w:spacing w:after="80"/>
        <w:jc w:val="right"/>
      </w:pPr>
      <w:r>
        <w:rPr>
          <w:rFonts w:ascii="Arial" w:hAnsi="Arial" w:cs="Arial" w:eastAsia="Arial"/>
          <w:lang w:val="he-IL" w:bidi="he-IL"/>
          <w:sz w:val="22"/>
          <w:rtl/>
          <w:szCs w:val="22"/>
        </w:rPr>
        <w:t>• לתרגל כתיבה עצמאית תוך שימוש מגוון בחלקי הדיבר שנלמדו</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שם עצם – זיהוי בסיסי</w:t>
      </w:r>
    </w:p>
    <w:p>
      <w:pPr>
        <w:bidi/>
        <w:spacing w:after="40"/>
        <w:jc w:val="right"/>
      </w:pPr>
      <w:r>
        <w:rPr>
          <w:rFonts w:ascii="Arial" w:hAnsi="Arial" w:cs="Arial" w:eastAsia="Arial"/>
          <w:lang w:val="he-IL" w:bidi="he-IL"/>
          <w:sz w:val="22"/>
          <w:rtl/>
          <w:szCs w:val="22"/>
        </w:rPr>
        <w:t>1. ג – ילד</w:t>
      </w:r>
    </w:p>
    <w:p>
      <w:pPr>
        <w:bidi/>
        <w:spacing w:after="40"/>
        <w:jc w:val="right"/>
      </w:pPr>
      <w:r>
        <w:rPr>
          <w:rFonts w:ascii="Arial" w:hAnsi="Arial" w:cs="Arial" w:eastAsia="Arial"/>
          <w:lang w:val="he-IL" w:bidi="he-IL"/>
          <w:sz w:val="22"/>
          <w:rtl/>
          <w:szCs w:val="22"/>
        </w:rPr>
        <w:t>2. ב – מי? מה?</w:t>
      </w:r>
    </w:p>
    <w:p>
      <w:pPr>
        <w:bidi/>
        <w:pStyle w:val="Heading3"/>
        <w:spacing w:after="80"/>
        <w:jc w:val="right"/>
      </w:pPr>
      <w:r>
        <w:rPr>
          <w:rFonts w:ascii="Arial" w:hAnsi="Arial" w:cs="Arial" w:eastAsia="Arial"/>
          <w:lang w:val="he-IL" w:bidi="he-IL"/>
          <w:b/>
          <w:color w:val="DD6B20"/>
          <w:sz w:val="26"/>
          <w:rtl/>
          <w:szCs w:val="26"/>
          <w:bCs/>
        </w:rPr>
        <w:t>חלק ב׳ – פרק 1 · שם תואר – התאמה במין ובמספר</w:t>
      </w:r>
    </w:p>
    <w:p>
      <w:pPr>
        <w:bidi/>
        <w:spacing w:after="40"/>
        <w:jc w:val="right"/>
      </w:pPr>
      <w:r>
        <w:rPr>
          <w:rFonts w:ascii="Arial" w:hAnsi="Arial" w:cs="Arial" w:eastAsia="Arial"/>
          <w:lang w:val="he-IL" w:bidi="he-IL"/>
          <w:sz w:val="22"/>
          <w:rtl/>
          <w:szCs w:val="22"/>
        </w:rPr>
        <w:t>1. מעניין</w:t>
      </w:r>
    </w:p>
    <w:p>
      <w:pPr>
        <w:bidi/>
        <w:spacing w:after="40"/>
        <w:jc w:val="right"/>
      </w:pPr>
      <w:r>
        <w:rPr>
          <w:rFonts w:ascii="Arial" w:hAnsi="Arial" w:cs="Arial" w:eastAsia="Arial"/>
          <w:lang w:val="he-IL" w:bidi="he-IL"/>
          <w:sz w:val="22"/>
          <w:rtl/>
          <w:szCs w:val="22"/>
        </w:rPr>
        <w:t>2. חדשה</w:t>
      </w:r>
    </w:p>
    <w:p>
      <w:pPr>
        <w:bidi/>
        <w:pStyle w:val="Heading3"/>
        <w:spacing w:after="80"/>
        <w:jc w:val="right"/>
      </w:pPr>
      <w:r>
        <w:rPr>
          <w:rFonts w:ascii="Arial" w:hAnsi="Arial" w:cs="Arial" w:eastAsia="Arial"/>
          <w:lang w:val="he-IL" w:bidi="he-IL"/>
          <w:b/>
          <w:color w:val="3182CE"/>
          <w:sz w:val="26"/>
          <w:rtl/>
          <w:szCs w:val="26"/>
          <w:bCs/>
        </w:rPr>
        <w:t>חלק ג׳ – פרק 1 · שם עצם ושם תואר – כתיבה</w:t>
      </w:r>
    </w:p>
    <w:p>
      <w:pPr>
        <w:bidi/>
        <w:spacing w:after="40"/>
        <w:jc w:val="right"/>
      </w:pPr>
      <w:r>
        <w:rPr>
          <w:rFonts w:ascii="Arial" w:hAnsi="Arial" w:cs="Arial" w:eastAsia="Arial"/>
          <w:lang w:val="he-IL" w:bidi="he-IL"/>
          <w:sz w:val="22"/>
          <w:rtl/>
          <w:szCs w:val="22"/>
        </w:rPr>
        <w:t>1. תשובה חופשית</w:t>
      </w:r>
    </w:p>
    <w:p>
      <w:pPr>
        <w:bidi/>
        <w:pStyle w:val="Heading3"/>
        <w:spacing w:after="80"/>
        <w:jc w:val="right"/>
      </w:pPr>
      <w:r>
        <w:rPr>
          <w:rFonts w:ascii="Arial" w:hAnsi="Arial" w:cs="Arial" w:eastAsia="Arial"/>
          <w:lang w:val="he-IL" w:bidi="he-IL"/>
          <w:b/>
          <w:color w:val="38A169"/>
          <w:sz w:val="26"/>
          <w:rtl/>
          <w:szCs w:val="26"/>
          <w:bCs/>
        </w:rPr>
        <w:t>חלק ד׳ – פרק 2 · פועל – זמנים</w:t>
      </w:r>
    </w:p>
    <w:p>
      <w:pPr>
        <w:bidi/>
        <w:spacing w:after="40"/>
        <w:jc w:val="right"/>
      </w:pPr>
      <w:r>
        <w:rPr>
          <w:rFonts w:ascii="Arial" w:hAnsi="Arial" w:cs="Arial" w:eastAsia="Arial"/>
          <w:lang w:val="he-IL" w:bidi="he-IL"/>
          <w:sz w:val="22"/>
          <w:rtl/>
          <w:szCs w:val="22"/>
        </w:rPr>
        <w:t>1. נכון – הסיומת תי מציינת גוף ראשון יחיד בעבר</w:t>
      </w:r>
    </w:p>
    <w:p>
      <w:pPr>
        <w:bidi/>
        <w:spacing w:after="40"/>
        <w:jc w:val="right"/>
      </w:pPr>
      <w:r>
        <w:rPr>
          <w:rFonts w:ascii="Arial" w:hAnsi="Arial" w:cs="Arial" w:eastAsia="Arial"/>
          <w:lang w:val="he-IL" w:bidi="he-IL"/>
          <w:sz w:val="22"/>
          <w:rtl/>
          <w:szCs w:val="22"/>
        </w:rPr>
        <w:t>2. לא נכון – רצים הוא בזמן הווה, לשון רבים</w:t>
      </w:r>
    </w:p>
    <w:p>
      <w:pPr>
        <w:bidi/>
        <w:pStyle w:val="Heading3"/>
        <w:spacing w:after="80"/>
        <w:jc w:val="right"/>
      </w:pPr>
      <w:r>
        <w:rPr>
          <w:rFonts w:ascii="Arial" w:hAnsi="Arial" w:cs="Arial" w:eastAsia="Arial"/>
          <w:lang w:val="he-IL" w:bidi="he-IL"/>
          <w:b/>
          <w:color w:val="805AD5"/>
          <w:sz w:val="26"/>
          <w:rtl/>
          <w:szCs w:val="26"/>
          <w:bCs/>
        </w:rPr>
        <w:t>חלק ה׳ – פרק 2 · תואר הפועל – השלמה</w:t>
      </w:r>
    </w:p>
    <w:p>
      <w:pPr>
        <w:bidi/>
        <w:spacing w:after="40"/>
        <w:jc w:val="right"/>
      </w:pPr>
      <w:r>
        <w:rPr>
          <w:rFonts w:ascii="Arial" w:hAnsi="Arial" w:cs="Arial" w:eastAsia="Arial"/>
          <w:lang w:val="he-IL" w:bidi="he-IL"/>
          <w:sz w:val="22"/>
          <w:rtl/>
          <w:szCs w:val="22"/>
        </w:rPr>
        <w:t>1. היטב</w:t>
      </w:r>
    </w:p>
    <w:p>
      <w:pPr>
        <w:bidi/>
        <w:spacing w:after="40"/>
        <w:jc w:val="right"/>
      </w:pPr>
      <w:r>
        <w:rPr>
          <w:rFonts w:ascii="Arial" w:hAnsi="Arial" w:cs="Arial" w:eastAsia="Arial"/>
          <w:lang w:val="he-IL" w:bidi="he-IL"/>
          <w:sz w:val="22"/>
          <w:rtl/>
          <w:szCs w:val="22"/>
        </w:rPr>
        <w:t>2. תמיד</w:t>
      </w:r>
    </w:p>
    <w:p>
      <w:pPr>
        <w:bidi/>
        <w:pStyle w:val="Heading3"/>
        <w:spacing w:after="80"/>
        <w:jc w:val="right"/>
      </w:pPr>
      <w:r>
        <w:rPr>
          <w:rFonts w:ascii="Arial" w:hAnsi="Arial" w:cs="Arial" w:eastAsia="Arial"/>
          <w:lang w:val="he-IL" w:bidi="he-IL"/>
          <w:b/>
          <w:color w:val="D53F8C"/>
          <w:sz w:val="26"/>
          <w:rtl/>
          <w:szCs w:val="26"/>
          <w:bCs/>
        </w:rPr>
        <w:t>חלק ו׳ – פרק 2 · פועל ותואר הפועל – סידור משפטים</w:t>
      </w:r>
    </w:p>
    <w:p>
      <w:pPr>
        <w:bidi/>
        <w:spacing w:after="40"/>
        <w:jc w:val="right"/>
      </w:pPr>
      <w:r>
        <w:rPr>
          <w:rFonts w:ascii="Arial" w:hAnsi="Arial" w:cs="Arial" w:eastAsia="Arial"/>
          <w:lang w:val="he-IL" w:bidi="he-IL"/>
          <w:sz w:val="22"/>
          <w:rtl/>
          <w:szCs w:val="22"/>
        </w:rPr>
        <w:t>1. סדרו למשפט תקין: מהר / רץ / הילד / בבוקר</w:t>
      </w:r>
    </w:p>
    <w:p>
      <w:pPr>
        <w:bidi/>
        <w:spacing w:after="40"/>
        <w:jc w:val="right"/>
      </w:pPr>
      <w:r>
        <w:rPr>
          <w:rFonts w:ascii="Arial" w:hAnsi="Arial" w:cs="Arial" w:eastAsia="Arial"/>
          <w:lang w:val="he-IL" w:bidi="he-IL"/>
          <w:sz w:val="22"/>
          <w:rtl/>
          <w:szCs w:val="22"/>
        </w:rPr>
        <w:t>2. סדרו למשפט תקין: היטב / למדה / התלמידה / אתמול</w:t>
      </w:r>
    </w:p>
    <w:p>
      <w:pPr>
        <w:bidi/>
        <w:pStyle w:val="Heading3"/>
        <w:spacing w:after="80"/>
        <w:jc w:val="right"/>
      </w:pPr>
      <w:r>
        <w:rPr>
          <w:rFonts w:ascii="Arial" w:hAnsi="Arial" w:cs="Arial" w:eastAsia="Arial"/>
          <w:lang w:val="he-IL" w:bidi="he-IL"/>
          <w:b/>
          <w:color w:val="E53E3E"/>
          <w:sz w:val="26"/>
          <w:rtl/>
          <w:szCs w:val="26"/>
          <w:bCs/>
        </w:rPr>
        <w:t>חלק ז׳ – פרק 3 · כינוי גוף, שם מספר ומילת שאלה – זיהוי</w:t>
      </w:r>
    </w:p>
    <w:p>
      <w:pPr>
        <w:bidi/>
        <w:spacing w:after="40"/>
        <w:jc w:val="right"/>
      </w:pPr>
      <w:r>
        <w:rPr>
          <w:rFonts w:ascii="Arial" w:hAnsi="Arial" w:cs="Arial" w:eastAsia="Arial"/>
          <w:lang w:val="he-IL" w:bidi="he-IL"/>
          <w:sz w:val="22"/>
          <w:rtl/>
          <w:szCs w:val="22"/>
        </w:rPr>
        <w:t>1. ב – אנחנו</w:t>
      </w:r>
    </w:p>
    <w:p>
      <w:pPr>
        <w:bidi/>
        <w:spacing w:after="40"/>
        <w:jc w:val="right"/>
      </w:pPr>
      <w:r>
        <w:rPr>
          <w:rFonts w:ascii="Arial" w:hAnsi="Arial" w:cs="Arial" w:eastAsia="Arial"/>
          <w:lang w:val="he-IL" w:bidi="he-IL"/>
          <w:sz w:val="22"/>
          <w:rtl/>
          <w:szCs w:val="22"/>
        </w:rPr>
        <w:t>2. א – חמישה</w:t>
      </w:r>
    </w:p>
    <w:p>
      <w:pPr>
        <w:bidi/>
        <w:pStyle w:val="Heading3"/>
        <w:spacing w:after="80"/>
        <w:jc w:val="right"/>
      </w:pPr>
      <w:r>
        <w:rPr>
          <w:rFonts w:ascii="Arial" w:hAnsi="Arial" w:cs="Arial" w:eastAsia="Arial"/>
          <w:lang w:val="he-IL" w:bidi="he-IL"/>
          <w:b/>
          <w:color w:val="DD6B20"/>
          <w:sz w:val="26"/>
          <w:rtl/>
          <w:szCs w:val="26"/>
          <w:bCs/>
        </w:rPr>
        <w:t>חלק ח׳ – פרק 3 · כינוי גוף – התאמה לגוף</w:t>
      </w:r>
    </w:p>
    <w:p>
      <w:pPr>
        <w:bidi/>
        <w:spacing w:after="40"/>
        <w:jc w:val="right"/>
      </w:pPr>
      <w:r>
        <w:rPr>
          <w:rFonts w:ascii="Arial" w:hAnsi="Arial" w:cs="Arial" w:eastAsia="Arial"/>
          <w:lang w:val="he-IL" w:bidi="he-IL"/>
          <w:sz w:val="22"/>
          <w:rtl/>
          <w:szCs w:val="22"/>
        </w:rPr>
        <w:t>1 – ד (גוף ראשון יחיד)</w:t>
      </w:r>
    </w:p>
    <w:p>
      <w:pPr>
        <w:bidi/>
        <w:spacing w:after="40"/>
        <w:jc w:val="right"/>
      </w:pPr>
      <w:r>
        <w:rPr>
          <w:rFonts w:ascii="Arial" w:hAnsi="Arial" w:cs="Arial" w:eastAsia="Arial"/>
          <w:lang w:val="he-IL" w:bidi="he-IL"/>
          <w:sz w:val="22"/>
          <w:rtl/>
          <w:szCs w:val="22"/>
        </w:rPr>
        <w:t>2 – א (גוף שני רבים)</w:t>
      </w:r>
    </w:p>
    <w:p>
      <w:pPr>
        <w:bidi/>
        <w:spacing w:after="40"/>
        <w:jc w:val="right"/>
      </w:pPr>
      <w:r>
        <w:rPr>
          <w:rFonts w:ascii="Arial" w:hAnsi="Arial" w:cs="Arial" w:eastAsia="Arial"/>
          <w:lang w:val="he-IL" w:bidi="he-IL"/>
          <w:sz w:val="22"/>
          <w:rtl/>
          <w:szCs w:val="22"/>
        </w:rPr>
        <w:t>3 – ב (גוף שלישי יחידה)</w:t>
      </w:r>
    </w:p>
    <w:p>
      <w:pPr>
        <w:bidi/>
        <w:spacing w:after="40"/>
        <w:jc w:val="right"/>
      </w:pPr>
      <w:r>
        <w:rPr>
          <w:rFonts w:ascii="Arial" w:hAnsi="Arial" w:cs="Arial" w:eastAsia="Arial"/>
          <w:lang w:val="he-IL" w:bidi="he-IL"/>
          <w:sz w:val="22"/>
          <w:rtl/>
          <w:szCs w:val="22"/>
        </w:rPr>
        <w:t>4 – ג (גוף ראשון רבים)</w:t>
      </w:r>
    </w:p>
    <w:p>
      <w:pPr>
        <w:bidi/>
        <w:pStyle w:val="Heading3"/>
        <w:spacing w:after="80"/>
        <w:jc w:val="right"/>
      </w:pPr>
      <w:r>
        <w:rPr>
          <w:rFonts w:ascii="Arial" w:hAnsi="Arial" w:cs="Arial" w:eastAsia="Arial"/>
          <w:lang w:val="he-IL" w:bidi="he-IL"/>
          <w:b/>
          <w:color w:val="3182CE"/>
          <w:sz w:val="26"/>
          <w:rtl/>
          <w:szCs w:val="26"/>
          <w:bCs/>
        </w:rPr>
        <w:t>חלק ט׳ – פרק 3 · שם מספר ומילת שאלה – כתיבה</w:t>
      </w:r>
    </w:p>
    <w:p>
      <w:pPr>
        <w:bidi/>
        <w:spacing w:after="40"/>
        <w:jc w:val="right"/>
      </w:pPr>
      <w:r>
        <w:rPr>
          <w:rFonts w:ascii="Arial" w:hAnsi="Arial" w:cs="Arial" w:eastAsia="Arial"/>
          <w:lang w:val="he-IL" w:bidi="he-IL"/>
          <w:sz w:val="22"/>
          <w:rtl/>
          <w:szCs w:val="22"/>
        </w:rPr>
        <w:t>1. תשובה חופשית</w:t>
      </w:r>
    </w:p>
    <w:p>
      <w:pPr>
        <w:bidi/>
        <w:pStyle w:val="Heading3"/>
        <w:spacing w:after="80"/>
        <w:jc w:val="right"/>
      </w:pPr>
      <w:r>
        <w:rPr>
          <w:rFonts w:ascii="Arial" w:hAnsi="Arial" w:cs="Arial" w:eastAsia="Arial"/>
          <w:lang w:val="he-IL" w:bidi="he-IL"/>
          <w:b/>
          <w:color w:val="38A169"/>
          <w:sz w:val="26"/>
          <w:rtl/>
          <w:szCs w:val="26"/>
          <w:bCs/>
        </w:rPr>
        <w:t>חלק י׳ – פרק 4 · מילת יחס ומילת קישור – זיהוי</w:t>
      </w:r>
    </w:p>
    <w:p>
      <w:pPr>
        <w:bidi/>
        <w:spacing w:after="40"/>
        <w:jc w:val="right"/>
      </w:pPr>
      <w:r>
        <w:rPr>
          <w:rFonts w:ascii="Arial" w:hAnsi="Arial" w:cs="Arial" w:eastAsia="Arial"/>
          <w:lang w:val="he-IL" w:bidi="he-IL"/>
          <w:sz w:val="22"/>
          <w:rtl/>
          <w:szCs w:val="22"/>
        </w:rPr>
        <w:t>1. א – עם</w:t>
      </w:r>
    </w:p>
    <w:p>
      <w:pPr>
        <w:bidi/>
        <w:spacing w:after="40"/>
        <w:jc w:val="right"/>
      </w:pPr>
      <w:r>
        <w:rPr>
          <w:rFonts w:ascii="Arial" w:hAnsi="Arial" w:cs="Arial" w:eastAsia="Arial"/>
          <w:lang w:val="he-IL" w:bidi="he-IL"/>
          <w:sz w:val="22"/>
          <w:rtl/>
          <w:szCs w:val="22"/>
        </w:rPr>
        <w:t>2. ב – אבל</w:t>
      </w:r>
    </w:p>
    <w:p>
      <w:pPr>
        <w:bidi/>
        <w:pStyle w:val="Heading3"/>
        <w:spacing w:after="80"/>
        <w:jc w:val="right"/>
      </w:pPr>
      <w:r>
        <w:rPr>
          <w:rFonts w:ascii="Arial" w:hAnsi="Arial" w:cs="Arial" w:eastAsia="Arial"/>
          <w:lang w:val="he-IL" w:bidi="he-IL"/>
          <w:b/>
          <w:color w:val="805AD5"/>
          <w:sz w:val="26"/>
          <w:rtl/>
          <w:szCs w:val="26"/>
          <w:bCs/>
        </w:rPr>
        <w:t>חלק י״א – פרק 4 · מילת יחס – נטייה</w:t>
      </w:r>
    </w:p>
    <w:p>
      <w:pPr>
        <w:bidi/>
        <w:spacing w:after="40"/>
        <w:jc w:val="right"/>
      </w:pPr>
      <w:r>
        <w:rPr>
          <w:rFonts w:ascii="Arial" w:hAnsi="Arial" w:cs="Arial" w:eastAsia="Arial"/>
          <w:lang w:val="he-IL" w:bidi="he-IL"/>
          <w:sz w:val="22"/>
          <w:rtl/>
          <w:szCs w:val="22"/>
        </w:rPr>
        <w:t>1. לו</w:t>
      </w:r>
    </w:p>
    <w:p>
      <w:pPr>
        <w:bidi/>
        <w:spacing w:after="40"/>
        <w:jc w:val="right"/>
      </w:pPr>
      <w:r>
        <w:rPr>
          <w:rFonts w:ascii="Arial" w:hAnsi="Arial" w:cs="Arial" w:eastAsia="Arial"/>
          <w:lang w:val="he-IL" w:bidi="he-IL"/>
          <w:sz w:val="22"/>
          <w:rtl/>
          <w:szCs w:val="22"/>
        </w:rPr>
        <w:t>2. איתי</w:t>
      </w:r>
    </w:p>
    <w:p>
      <w:pPr>
        <w:bidi/>
        <w:pStyle w:val="Heading3"/>
        <w:spacing w:after="80"/>
        <w:jc w:val="right"/>
      </w:pPr>
      <w:r>
        <w:rPr>
          <w:rFonts w:ascii="Arial" w:hAnsi="Arial" w:cs="Arial" w:eastAsia="Arial"/>
          <w:lang w:val="he-IL" w:bidi="he-IL"/>
          <w:b/>
          <w:color w:val="D53F8C"/>
          <w:sz w:val="26"/>
          <w:rtl/>
          <w:szCs w:val="26"/>
          <w:bCs/>
        </w:rPr>
        <w:t>חלק י״ב – פרק 4 · מילת קישור – חשיבה</w:t>
      </w:r>
    </w:p>
    <w:p>
      <w:pPr>
        <w:bidi/>
        <w:spacing w:after="40"/>
        <w:jc w:val="right"/>
      </w:pPr>
      <w:r>
        <w:rPr>
          <w:rFonts w:ascii="Arial" w:hAnsi="Arial" w:cs="Arial" w:eastAsia="Arial"/>
          <w:lang w:val="he-IL" w:bidi="he-IL"/>
          <w:sz w:val="22"/>
          <w:rtl/>
          <w:szCs w:val="22"/>
        </w:rPr>
        <w:t>1. מילת יחס מבטאת יחס בין מילים, כמו מקום או שייכות; מילת קישור מחברת בין משפטים או חלקי משפט ומבטאת קשר לוגי</w:t>
      </w:r>
    </w:p>
    <w:p>
      <w:pPr>
        <w:bidi/>
        <w:pStyle w:val="Heading3"/>
        <w:spacing w:after="80"/>
        <w:jc w:val="right"/>
      </w:pPr>
      <w:r>
        <w:rPr>
          <w:rFonts w:ascii="Arial" w:hAnsi="Arial" w:cs="Arial" w:eastAsia="Arial"/>
          <w:lang w:val="he-IL" w:bidi="he-IL"/>
          <w:b/>
          <w:color w:val="E53E3E"/>
          <w:sz w:val="26"/>
          <w:rtl/>
          <w:szCs w:val="26"/>
          <w:bCs/>
        </w:rPr>
        <w:t>חלק י״ג – פרק 5 · זיהוי חלק הדיבר בתוך משפט</w:t>
      </w:r>
    </w:p>
    <w:p>
      <w:pPr>
        <w:bidi/>
        <w:spacing w:after="40"/>
        <w:jc w:val="right"/>
      </w:pPr>
      <w:r>
        <w:rPr>
          <w:rFonts w:ascii="Arial" w:hAnsi="Arial" w:cs="Arial" w:eastAsia="Arial"/>
          <w:lang w:val="he-IL" w:bidi="he-IL"/>
          <w:sz w:val="22"/>
          <w:rtl/>
          <w:szCs w:val="22"/>
        </w:rPr>
        <w:t>1. ב – שם תואר</w:t>
      </w:r>
    </w:p>
    <w:p>
      <w:pPr>
        <w:bidi/>
        <w:spacing w:after="40"/>
        <w:jc w:val="right"/>
      </w:pPr>
      <w:r>
        <w:rPr>
          <w:rFonts w:ascii="Arial" w:hAnsi="Arial" w:cs="Arial" w:eastAsia="Arial"/>
          <w:lang w:val="he-IL" w:bidi="he-IL"/>
          <w:sz w:val="22"/>
          <w:rtl/>
          <w:szCs w:val="22"/>
        </w:rPr>
        <w:t>2. ג – תואר הפועל</w:t>
      </w:r>
    </w:p>
    <w:p>
      <w:pPr>
        <w:bidi/>
        <w:pStyle w:val="Heading3"/>
        <w:spacing w:after="80"/>
        <w:jc w:val="right"/>
      </w:pPr>
      <w:r>
        <w:rPr>
          <w:rFonts w:ascii="Arial" w:hAnsi="Arial" w:cs="Arial" w:eastAsia="Arial"/>
          <w:lang w:val="he-IL" w:bidi="he-IL"/>
          <w:b/>
          <w:color w:val="DD6B20"/>
          <w:sz w:val="26"/>
          <w:rtl/>
          <w:szCs w:val="26"/>
          <w:bCs/>
        </w:rPr>
        <w:t>חלק י״ד – פרק 5 · התאמה במין ובמספר</w:t>
      </w:r>
    </w:p>
    <w:p>
      <w:pPr>
        <w:bidi/>
        <w:spacing w:after="40"/>
        <w:jc w:val="right"/>
      </w:pPr>
      <w:r>
        <w:rPr>
          <w:rFonts w:ascii="Arial" w:hAnsi="Arial" w:cs="Arial" w:eastAsia="Arial"/>
          <w:lang w:val="he-IL" w:bidi="he-IL"/>
          <w:sz w:val="22"/>
          <w:rtl/>
          <w:szCs w:val="22"/>
        </w:rPr>
        <w:t>1 – ד (חכמות)</w:t>
      </w:r>
    </w:p>
    <w:p>
      <w:pPr>
        <w:bidi/>
        <w:spacing w:after="40"/>
        <w:jc w:val="right"/>
      </w:pPr>
      <w:r>
        <w:rPr>
          <w:rFonts w:ascii="Arial" w:hAnsi="Arial" w:cs="Arial" w:eastAsia="Arial"/>
          <w:lang w:val="he-IL" w:bidi="he-IL"/>
          <w:sz w:val="22"/>
          <w:rtl/>
          <w:szCs w:val="22"/>
        </w:rPr>
        <w:t>2 – ג (מעניין)</w:t>
      </w:r>
    </w:p>
    <w:p>
      <w:pPr>
        <w:bidi/>
        <w:spacing w:after="40"/>
        <w:jc w:val="right"/>
      </w:pPr>
      <w:r>
        <w:rPr>
          <w:rFonts w:ascii="Arial" w:hAnsi="Arial" w:cs="Arial" w:eastAsia="Arial"/>
          <w:lang w:val="he-IL" w:bidi="he-IL"/>
          <w:sz w:val="22"/>
          <w:rtl/>
          <w:szCs w:val="22"/>
        </w:rPr>
        <w:t>3 – א (חדשות)</w:t>
      </w:r>
    </w:p>
    <w:p>
      <w:pPr>
        <w:bidi/>
        <w:spacing w:after="40"/>
        <w:jc w:val="right"/>
      </w:pPr>
      <w:r>
        <w:rPr>
          <w:rFonts w:ascii="Arial" w:hAnsi="Arial" w:cs="Arial" w:eastAsia="Arial"/>
          <w:lang w:val="he-IL" w:bidi="he-IL"/>
          <w:sz w:val="22"/>
          <w:rtl/>
          <w:szCs w:val="22"/>
        </w:rPr>
        <w:t>4 – ב (גבוה)</w:t>
      </w:r>
    </w:p>
    <w:p>
      <w:pPr>
        <w:bidi/>
        <w:pStyle w:val="Heading3"/>
        <w:spacing w:after="80"/>
        <w:jc w:val="right"/>
      </w:pPr>
      <w:r>
        <w:rPr>
          <w:rFonts w:ascii="Arial" w:hAnsi="Arial" w:cs="Arial" w:eastAsia="Arial"/>
          <w:lang w:val="he-IL" w:bidi="he-IL"/>
          <w:b/>
          <w:color w:val="3182CE"/>
          <w:sz w:val="26"/>
          <w:rtl/>
          <w:szCs w:val="26"/>
          <w:bCs/>
        </w:rPr>
        <w:t>חלק ט״ו – פרק 5 · סידור משפט מלא</w:t>
      </w:r>
    </w:p>
    <w:p>
      <w:pPr>
        <w:bidi/>
        <w:spacing w:after="40"/>
        <w:jc w:val="right"/>
      </w:pPr>
      <w:r>
        <w:rPr>
          <w:rFonts w:ascii="Arial" w:hAnsi="Arial" w:cs="Arial" w:eastAsia="Arial"/>
          <w:lang w:val="he-IL" w:bidi="he-IL"/>
          <w:sz w:val="22"/>
          <w:rtl/>
          <w:szCs w:val="22"/>
        </w:rPr>
        <w:t>1. סדרו למשפט תקין: היפה / בגן / הפרח / גדל</w:t>
      </w:r>
    </w:p>
    <w:p>
      <w:pPr>
        <w:bidi/>
        <w:pStyle w:val="Heading3"/>
        <w:spacing w:after="80"/>
        <w:jc w:val="right"/>
      </w:pPr>
      <w:r>
        <w:rPr>
          <w:rFonts w:ascii="Arial" w:hAnsi="Arial" w:cs="Arial" w:eastAsia="Arial"/>
          <w:lang w:val="he-IL" w:bidi="he-IL"/>
          <w:b/>
          <w:color w:val="38A169"/>
          <w:sz w:val="26"/>
          <w:rtl/>
          <w:szCs w:val="26"/>
          <w:bCs/>
        </w:rPr>
        <w:t>חלק ט״ז – חזרה מסכמת – זיהוי חלקי דיבר</w:t>
      </w:r>
    </w:p>
    <w:p>
      <w:pPr>
        <w:bidi/>
        <w:spacing w:after="40"/>
        <w:jc w:val="right"/>
      </w:pPr>
      <w:r>
        <w:rPr>
          <w:rFonts w:ascii="Arial" w:hAnsi="Arial" w:cs="Arial" w:eastAsia="Arial"/>
          <w:lang w:val="he-IL" w:bidi="he-IL"/>
          <w:sz w:val="22"/>
          <w:rtl/>
          <w:szCs w:val="22"/>
        </w:rPr>
        <w:t>1. ב – שולחן</w:t>
      </w:r>
    </w:p>
    <w:p>
      <w:pPr>
        <w:bidi/>
        <w:spacing w:after="40"/>
        <w:jc w:val="right"/>
      </w:pPr>
      <w:r>
        <w:rPr>
          <w:rFonts w:ascii="Arial" w:hAnsi="Arial" w:cs="Arial" w:eastAsia="Arial"/>
          <w:lang w:val="he-IL" w:bidi="he-IL"/>
          <w:sz w:val="22"/>
          <w:rtl/>
          <w:szCs w:val="22"/>
        </w:rPr>
        <w:t>2. ג – אכתוב</w:t>
      </w:r>
    </w:p>
    <w:p>
      <w:pPr>
        <w:bidi/>
        <w:pStyle w:val="Heading3"/>
        <w:spacing w:after="80"/>
        <w:jc w:val="right"/>
      </w:pPr>
      <w:r>
        <w:rPr>
          <w:rFonts w:ascii="Arial" w:hAnsi="Arial" w:cs="Arial" w:eastAsia="Arial"/>
          <w:lang w:val="he-IL" w:bidi="he-IL"/>
          <w:b/>
          <w:color w:val="805AD5"/>
          <w:sz w:val="26"/>
          <w:rtl/>
          <w:szCs w:val="26"/>
          <w:bCs/>
        </w:rPr>
        <w:t>חלק י״ז – חזרה מסכמת – כתיבה משולבת</w:t>
      </w:r>
    </w:p>
    <w:p>
      <w:pPr>
        <w:bidi/>
        <w:spacing w:after="40"/>
        <w:jc w:val="right"/>
      </w:pPr>
      <w:r>
        <w:rPr>
          <w:rFonts w:ascii="Arial" w:hAnsi="Arial" w:cs="Arial" w:eastAsia="Arial"/>
          <w:lang w:val="he-IL" w:bidi="he-IL"/>
          <w:sz w:val="22"/>
          <w:rtl/>
          <w:szCs w:val="22"/>
        </w:rPr>
        <w:t>1. תשובה חופשית – לבדוק שימוש נכון בכל חלקי הדיבר שהתבקשו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לבדוק שהתלמיד/ה מצביע/ה נכון על שם עצם, שם תואר ופועל ומסביר/ה את השאלה המנחה לכל אחד</w:t>
      </w:r>
    </w:p>
    <w:p>
      <w:pPr>
        <w:bidi/>
        <w:spacing w:after="80"/>
        <w:jc w:val="right"/>
      </w:pPr>
      <w:r>
        <w:rPr>
          <w:rFonts w:ascii="Arial" w:hAnsi="Arial" w:cs="Arial" w:eastAsia="Arial"/>
          <w:lang w:val="he-IL" w:bidi="he-IL"/>
          <w:sz w:val="22"/>
          <w:rtl/>
          <w:szCs w:val="22"/>
        </w:rPr>
        <w:t>• לבדוק שההטיה כוללת התאמה נכונה במין (זכר/נקבה) ובמספר (יחיד/רבים)</w:t>
      </w:r>
    </w:p>
    <w:p>
      <w:pPr>
        <w:bidi/>
        <w:spacing w:after="80"/>
        <w:jc w:val="right"/>
      </w:pPr>
      <w:r>
        <w:rPr>
          <w:rFonts w:ascii="Arial" w:hAnsi="Arial" w:cs="Arial" w:eastAsia="Arial"/>
          <w:lang w:val="he-IL" w:bidi="he-IL"/>
          <w:sz w:val="22"/>
          <w:rtl/>
          <w:szCs w:val="22"/>
        </w:rPr>
        <w:t>• לבדוק שהדוגמה למילת יחס מבטאת יחס בין מילים ושהדוגמה למילת קישור מבטאת קשר לוגי בין משפטים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לפי שלבי המסע באתר: שיעור אחד לפרקים 1-2 (יסודות), שיעור שני לפרקים 3-4 (מתקדמים), ושיעור שלישי לפרק 5 וחזרה מסכמת (בונוס)</w:t>
      </w:r>
    </w:p>
    <w:p>
      <w:pPr>
        <w:bidi/>
        <w:spacing w:after="80"/>
        <w:jc w:val="right"/>
      </w:pPr>
      <w:r>
        <w:rPr>
          <w:rFonts w:ascii="Arial" w:hAnsi="Arial" w:cs="Arial" w:eastAsia="Arial"/>
          <w:lang w:val="he-IL" w:bidi="he-IL"/>
          <w:sz w:val="22"/>
          <w:rtl/>
          <w:szCs w:val="22"/>
        </w:rPr>
        <w:t>• לתלמידים/ות המתקשים אפשר לדלג על הפריטים המסומנים כקשים ולהתמקד בתרגילי הזיהוי הבסיסיים בלבד</w:t>
      </w:r>
    </w:p>
    <w:p>
      <w:pPr>
        <w:bidi/>
        <w:spacing w:after="80"/>
        <w:jc w:val="right"/>
      </w:pPr>
      <w:r>
        <w:rPr>
          <w:rFonts w:ascii="Arial" w:hAnsi="Arial" w:cs="Arial" w:eastAsia="Arial"/>
          <w:lang w:val="he-IL" w:bidi="he-IL"/>
          <w:sz w:val="22"/>
          <w:rtl/>
          <w:szCs w:val="22"/>
        </w:rPr>
        <w:t>• לתלמידים/ות המתקדמים כדאי להוסיף אתגר: לבקש לכתוב משפטים הכוללים את כל תשעת חלקי הדיבר יחד</w:t>
      </w:r>
    </w:p>
    <w:p>
      <w:pPr>
        <w:bidi/>
        <w:spacing w:after="80"/>
        <w:jc w:val="right"/>
      </w:pPr>
      <w:r>
        <w:rPr>
          <w:rFonts w:ascii="Arial" w:hAnsi="Arial" w:cs="Arial" w:eastAsia="Arial"/>
          <w:lang w:val="he-IL" w:bidi="he-IL"/>
          <w:sz w:val="22"/>
          <w:rtl/>
          <w:szCs w:val="22"/>
        </w:rPr>
        <w:t>• מומלץ לעבור על התרגילים הפתוחים (short/open) יחד בכיתה כדי לבדוק מגוון תשובות אפשריות ולחזק את ההבנה המשותפת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מסע חלקי הדיבר</w:t>
            </w:r>
          </w:p>
          <w:p>
            <w:pPr>
              <w:bidi/>
              <w:jc w:val="right"/>
            </w:pPr>
            <w:r>
              <w:rPr>
                <w:rFonts w:ascii="Arial" w:hAnsi="Arial" w:cs="Arial" w:eastAsia="Arial"/>
                <w:lang w:val="he-IL" w:bidi="he-IL"/>
                <w:b/>
                <w:color w:val="3C1361"/>
                <w:sz w:val="32"/>
                <w:rtl/>
                <w:szCs w:val="32"/>
                <w:bCs/>
              </w:rPr>
              <w:t>חוברת תרגול – מסע חלקי הדיבר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החוברת בנויה כמו המסע באתר – מיסודות, דרך מתקדמים, ועד בונוס של זיהוי במשפט. עברו על הפרקים לפי הסדר, פתרו תחילה את התרגילים הקלים ורק אחר כך את המסומנים כקשים יותר. בסוף החוברת יש חזרה מסכמת שמשלבת את כל הנושאים.</w:t>
      </w:r>
    </w:p>
    <w:p>
      <w:pPr>
        <w:bidi/>
        <w:spacing w:after="80"/>
        <w:jc w:val="right"/>
      </w:pPr>
      <w:r>
        <w:rPr>
          <w:rFonts w:ascii="Arial" w:hAnsi="Arial" w:cs="Arial" w:eastAsia="Arial"/>
          <w:lang w:val="he-IL" w:bidi="he-IL"/>
          <w:b/>
          <w:color w:val="7B341E"/>
          <w:sz w:val="32"/>
          <w:rtl/>
          <w:szCs w:val="32"/>
          <w:bCs/>
        </w:rPr>
        <w:t>🧺 בנק מילים: תמיד  ·  חדשה  ·  איתי  ·  היטב  ·  מעניין  ·  לו</w:t>
      </w:r>
    </w:p>
    <w:p>
      <w:pPr>
        <w:bidi/>
        <w:pStyle w:val="Heading2"/>
        <w:spacing w:after="80"/>
        <w:jc w:val="right"/>
      </w:pPr>
      <w:r>
        <w:rPr>
          <w:rFonts w:ascii="Arial" w:hAnsi="Arial" w:cs="Arial" w:eastAsia="Arial"/>
          <w:lang w:val="he-IL" w:bidi="he-IL"/>
          <w:b/>
          <w:color w:val="E53E3E"/>
          <w:sz w:val="36"/>
          <w:rtl/>
          <w:szCs w:val="36"/>
          <w:bCs/>
        </w:rPr>
        <w:t>1  חלק א׳ – פרק 1 · שם עצם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הבאות היא שם עצם?</w:t>
      </w:r>
    </w:p>
    <w:p>
      <w:pPr>
        <w:bidi/>
        <w:spacing w:after="20"/>
        <w:jc w:val="right"/>
      </w:pPr>
      <w:r>
        <w:rPr>
          <w:rFonts w:ascii="Arial" w:hAnsi="Arial" w:cs="Arial" w:eastAsia="Arial"/>
          <w:lang w:val="he-IL" w:bidi="he-IL"/>
          <w:sz w:val="32"/>
          <w:rtl/>
          <w:szCs w:val="32"/>
        </w:rPr>
        <w:t xml:space="preserve">      ☐ א. רץ</w:t>
      </w:r>
    </w:p>
    <w:p>
      <w:pPr>
        <w:bidi/>
        <w:spacing w:after="20"/>
        <w:jc w:val="right"/>
      </w:pPr>
      <w:r>
        <w:rPr>
          <w:rFonts w:ascii="Arial" w:hAnsi="Arial" w:cs="Arial" w:eastAsia="Arial"/>
          <w:lang w:val="he-IL" w:bidi="he-IL"/>
          <w:sz w:val="32"/>
          <w:rtl/>
          <w:szCs w:val="32"/>
        </w:rPr>
        <w:t xml:space="preserve">      ☐ ב. יפה</w:t>
      </w:r>
    </w:p>
    <w:p>
      <w:pPr>
        <w:bidi/>
        <w:spacing w:after="20"/>
        <w:jc w:val="right"/>
      </w:pPr>
      <w:r>
        <w:rPr>
          <w:rFonts w:ascii="Arial" w:hAnsi="Arial" w:cs="Arial" w:eastAsia="Arial"/>
          <w:lang w:val="he-IL" w:bidi="he-IL"/>
          <w:sz w:val="32"/>
          <w:rtl/>
          <w:szCs w:val="32"/>
        </w:rPr>
        <w:t xml:space="preserve">      ☐ ג. ילד</w:t>
      </w:r>
    </w:p>
    <w:p>
      <w:pPr>
        <w:bidi/>
        <w:spacing w:after="20"/>
        <w:jc w:val="right"/>
      </w:pPr>
      <w:r>
        <w:rPr>
          <w:rFonts w:ascii="Arial" w:hAnsi="Arial" w:cs="Arial" w:eastAsia="Arial"/>
          <w:lang w:val="he-IL" w:bidi="he-IL"/>
          <w:b/>
          <w:sz w:val="32"/>
          <w:rtl/>
          <w:szCs w:val="32"/>
          <w:bCs/>
        </w:rPr>
        <w:t>2. שם עצם עונה בעיקר על השאלה:</w:t>
      </w:r>
    </w:p>
    <w:p>
      <w:pPr>
        <w:bidi/>
        <w:spacing w:after="20"/>
        <w:jc w:val="right"/>
      </w:pPr>
      <w:r>
        <w:rPr>
          <w:rFonts w:ascii="Arial" w:hAnsi="Arial" w:cs="Arial" w:eastAsia="Arial"/>
          <w:lang w:val="he-IL" w:bidi="he-IL"/>
          <w:sz w:val="32"/>
          <w:rtl/>
          <w:szCs w:val="32"/>
        </w:rPr>
        <w:t xml:space="preserve">      ☐ א. איך?</w:t>
      </w:r>
    </w:p>
    <w:p>
      <w:pPr>
        <w:bidi/>
        <w:spacing w:after="20"/>
        <w:jc w:val="right"/>
      </w:pPr>
      <w:r>
        <w:rPr>
          <w:rFonts w:ascii="Arial" w:hAnsi="Arial" w:cs="Arial" w:eastAsia="Arial"/>
          <w:lang w:val="he-IL" w:bidi="he-IL"/>
          <w:sz w:val="32"/>
          <w:rtl/>
          <w:szCs w:val="32"/>
        </w:rPr>
        <w:t xml:space="preserve">      ☐ ב. מי? מה?</w:t>
      </w:r>
    </w:p>
    <w:p>
      <w:pPr>
        <w:bidi/>
        <w:spacing w:after="20"/>
        <w:jc w:val="right"/>
      </w:pPr>
      <w:r>
        <w:rPr>
          <w:rFonts w:ascii="Arial" w:hAnsi="Arial" w:cs="Arial" w:eastAsia="Arial"/>
          <w:lang w:val="he-IL" w:bidi="he-IL"/>
          <w:sz w:val="32"/>
          <w:rtl/>
          <w:szCs w:val="32"/>
        </w:rPr>
        <w:t xml:space="preserve">      ☐ ג. מתי?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שם תואר – התאמה במין ובמספר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ספר __________ (מעניין / מעניינת)</w:t>
      </w:r>
    </w:p>
    <w:p>
      <w:pPr>
        <w:bidi/>
        <w:spacing w:after="80"/>
        <w:jc w:val="right"/>
      </w:pPr>
      <w:r>
        <w:rPr>
          <w:rFonts w:ascii="Arial" w:hAnsi="Arial" w:cs="Arial" w:eastAsia="Arial"/>
          <w:lang w:val="he-IL" w:bidi="he-IL"/>
          <w:sz w:val="32"/>
          <w:rtl/>
          <w:szCs w:val="32"/>
        </w:rPr>
        <w:t>2. מחברת __________ (חדש / חדשה)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שם עצם ושם תואר – 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בחרו שם עצם מופשט (כמו אהבה, פחד, שמחה) וכתבו לידו שני שמות תואר מתאימים.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פועל – זמנים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הפועל 'כתבתי' הוא בזמן עבר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הפועל 'רצים' הוא בזמן עתיד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תואר הפועל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הוא כתב את השיעור __________ (טוב מאוד)</w:t>
      </w:r>
    </w:p>
    <w:p>
      <w:pPr>
        <w:bidi/>
        <w:spacing w:after="80"/>
        <w:jc w:val="right"/>
      </w:pPr>
      <w:r>
        <w:rPr>
          <w:rFonts w:ascii="Arial" w:hAnsi="Arial" w:cs="Arial" w:eastAsia="Arial"/>
          <w:lang w:val="he-IL" w:bidi="he-IL"/>
          <w:sz w:val="32"/>
          <w:rtl/>
          <w:szCs w:val="32"/>
        </w:rPr>
        <w:t>2. אנחנו מגיעים לבית הספר __________ (בכל יום, ללא יוצא מן הכלל)</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פועל ותואר הפועל – סידור משפטים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היטב / למדה / התלמידה / אתמול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מהר / רץ / הילד / בבוקר</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כינוי גוף, שם מספר ומילת שאלה – זיהוי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היא כינוי גוף?</w:t>
      </w:r>
    </w:p>
    <w:p>
      <w:pPr>
        <w:bidi/>
        <w:spacing w:after="20"/>
        <w:jc w:val="right"/>
      </w:pPr>
      <w:r>
        <w:rPr>
          <w:rFonts w:ascii="Arial" w:hAnsi="Arial" w:cs="Arial" w:eastAsia="Arial"/>
          <w:lang w:val="he-IL" w:bidi="he-IL"/>
          <w:sz w:val="32"/>
          <w:rtl/>
          <w:szCs w:val="32"/>
        </w:rPr>
        <w:t xml:space="preserve">      ☐ א. שולחן</w:t>
      </w:r>
    </w:p>
    <w:p>
      <w:pPr>
        <w:bidi/>
        <w:spacing w:after="20"/>
        <w:jc w:val="right"/>
      </w:pPr>
      <w:r>
        <w:rPr>
          <w:rFonts w:ascii="Arial" w:hAnsi="Arial" w:cs="Arial" w:eastAsia="Arial"/>
          <w:lang w:val="he-IL" w:bidi="he-IL"/>
          <w:sz w:val="32"/>
          <w:rtl/>
          <w:szCs w:val="32"/>
        </w:rPr>
        <w:t xml:space="preserve">      ☐ ב. אנחנו</w:t>
      </w:r>
    </w:p>
    <w:p>
      <w:pPr>
        <w:bidi/>
        <w:spacing w:after="20"/>
        <w:jc w:val="right"/>
      </w:pPr>
      <w:r>
        <w:rPr>
          <w:rFonts w:ascii="Arial" w:hAnsi="Arial" w:cs="Arial" w:eastAsia="Arial"/>
          <w:lang w:val="he-IL" w:bidi="he-IL"/>
          <w:sz w:val="32"/>
          <w:rtl/>
          <w:szCs w:val="32"/>
        </w:rPr>
        <w:t xml:space="preserve">      ☐ ג. יפה</w:t>
      </w:r>
    </w:p>
    <w:p>
      <w:pPr>
        <w:bidi/>
        <w:spacing w:after="20"/>
        <w:jc w:val="right"/>
      </w:pPr>
      <w:r>
        <w:rPr>
          <w:rFonts w:ascii="Arial" w:hAnsi="Arial" w:cs="Arial" w:eastAsia="Arial"/>
          <w:lang w:val="he-IL" w:bidi="he-IL"/>
          <w:b/>
          <w:sz w:val="32"/>
          <w:rtl/>
          <w:szCs w:val="32"/>
          <w:bCs/>
        </w:rPr>
        <w:t>2. איזו מהמילים היא שם מספר?</w:t>
      </w:r>
    </w:p>
    <w:p>
      <w:pPr>
        <w:bidi/>
        <w:spacing w:after="20"/>
        <w:jc w:val="right"/>
      </w:pPr>
      <w:r>
        <w:rPr>
          <w:rFonts w:ascii="Arial" w:hAnsi="Arial" w:cs="Arial" w:eastAsia="Arial"/>
          <w:lang w:val="he-IL" w:bidi="he-IL"/>
          <w:sz w:val="32"/>
          <w:rtl/>
          <w:szCs w:val="32"/>
        </w:rPr>
        <w:t xml:space="preserve">      ☐ א. חמישה</w:t>
      </w:r>
    </w:p>
    <w:p>
      <w:pPr>
        <w:bidi/>
        <w:spacing w:after="20"/>
        <w:jc w:val="right"/>
      </w:pPr>
      <w:r>
        <w:rPr>
          <w:rFonts w:ascii="Arial" w:hAnsi="Arial" w:cs="Arial" w:eastAsia="Arial"/>
          <w:lang w:val="he-IL" w:bidi="he-IL"/>
          <w:sz w:val="32"/>
          <w:rtl/>
          <w:szCs w:val="32"/>
        </w:rPr>
        <w:t xml:space="preserve">      ☐ ב. גבוה</w:t>
      </w:r>
    </w:p>
    <w:p>
      <w:pPr>
        <w:bidi/>
        <w:spacing w:after="20"/>
        <w:jc w:val="right"/>
      </w:pPr>
      <w:r>
        <w:rPr>
          <w:rFonts w:ascii="Arial" w:hAnsi="Arial" w:cs="Arial" w:eastAsia="Arial"/>
          <w:lang w:val="he-IL" w:bidi="he-IL"/>
          <w:sz w:val="32"/>
          <w:rtl/>
          <w:szCs w:val="32"/>
        </w:rPr>
        <w:t xml:space="preserve">      ☐ ג. הוא</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כינוי גוף – התאמה לגוף</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גוף שני רבים</w:t>
            </w:r>
          </w:p>
        </w:tc>
      </w:tr>
      <w:tr>
        <w:tc>
          <w:tcPr>
            <w:tcW w:type="dxa" w:w="3969"/>
          </w:tcPr>
          <w:p>
            <w:pPr>
              <w:bidi/>
              <w:jc w:val="right"/>
            </w:pPr>
            <w:r>
              <w:rPr>
                <w:rFonts w:ascii="Arial" w:hAnsi="Arial" w:cs="Arial" w:eastAsia="Arial"/>
                <w:lang w:val="he-IL" w:bidi="he-IL"/>
                <w:sz w:val="32"/>
                <w:rtl/>
                <w:szCs w:val="32"/>
              </w:rPr>
              <w:t>2. אתם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גוף שלישי יחידה</w:t>
            </w:r>
          </w:p>
        </w:tc>
      </w:tr>
      <w:tr>
        <w:tc>
          <w:tcPr>
            <w:tcW w:type="dxa" w:w="3969"/>
          </w:tcPr>
          <w:p>
            <w:pPr>
              <w:bidi/>
              <w:jc w:val="right"/>
            </w:pPr>
            <w:r>
              <w:rPr>
                <w:rFonts w:ascii="Arial" w:hAnsi="Arial" w:cs="Arial" w:eastAsia="Arial"/>
                <w:lang w:val="he-IL" w:bidi="he-IL"/>
                <w:sz w:val="32"/>
                <w:rtl/>
                <w:szCs w:val="32"/>
              </w:rPr>
              <w:t>3. היא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גוף ראשון רבים</w:t>
            </w:r>
          </w:p>
        </w:tc>
      </w:tr>
      <w:tr>
        <w:tc>
          <w:tcPr>
            <w:tcW w:type="dxa" w:w="3969"/>
          </w:tcPr>
          <w:p>
            <w:pPr>
              <w:bidi/>
              <w:jc w:val="right"/>
            </w:pPr>
            <w:r>
              <w:rPr>
                <w:rFonts w:ascii="Arial" w:hAnsi="Arial" w:cs="Arial" w:eastAsia="Arial"/>
                <w:lang w:val="he-IL" w:bidi="he-IL"/>
                <w:sz w:val="32"/>
                <w:rtl/>
                <w:szCs w:val="32"/>
              </w:rPr>
              <w:t>4. אנחנו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גוף ראשון יחיד</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שם מספר ומילת שאלה – 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שיש בו שם מספר אחד ומילת שאלה אחת.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4 · מילת יחס ומילת קישור – זיהוי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היא מילת יחס?</w:t>
      </w:r>
    </w:p>
    <w:p>
      <w:pPr>
        <w:bidi/>
        <w:spacing w:after="20"/>
        <w:jc w:val="right"/>
      </w:pPr>
      <w:r>
        <w:rPr>
          <w:rFonts w:ascii="Arial" w:hAnsi="Arial" w:cs="Arial" w:eastAsia="Arial"/>
          <w:lang w:val="he-IL" w:bidi="he-IL"/>
          <w:sz w:val="32"/>
          <w:rtl/>
          <w:szCs w:val="32"/>
        </w:rPr>
        <w:t xml:space="preserve">      ☐ א. עם</w:t>
      </w:r>
    </w:p>
    <w:p>
      <w:pPr>
        <w:bidi/>
        <w:spacing w:after="20"/>
        <w:jc w:val="right"/>
      </w:pPr>
      <w:r>
        <w:rPr>
          <w:rFonts w:ascii="Arial" w:hAnsi="Arial" w:cs="Arial" w:eastAsia="Arial"/>
          <w:lang w:val="he-IL" w:bidi="he-IL"/>
          <w:sz w:val="32"/>
          <w:rtl/>
          <w:szCs w:val="32"/>
        </w:rPr>
        <w:t xml:space="preserve">      ☐ ב. רץ</w:t>
      </w:r>
    </w:p>
    <w:p>
      <w:pPr>
        <w:bidi/>
        <w:spacing w:after="20"/>
        <w:jc w:val="right"/>
      </w:pPr>
      <w:r>
        <w:rPr>
          <w:rFonts w:ascii="Arial" w:hAnsi="Arial" w:cs="Arial" w:eastAsia="Arial"/>
          <w:lang w:val="he-IL" w:bidi="he-IL"/>
          <w:sz w:val="32"/>
          <w:rtl/>
          <w:szCs w:val="32"/>
        </w:rPr>
        <w:t xml:space="preserve">      ☐ ג. יפה</w:t>
      </w:r>
    </w:p>
    <w:p>
      <w:pPr>
        <w:bidi/>
        <w:spacing w:after="20"/>
        <w:jc w:val="right"/>
      </w:pPr>
      <w:r>
        <w:rPr>
          <w:rFonts w:ascii="Arial" w:hAnsi="Arial" w:cs="Arial" w:eastAsia="Arial"/>
          <w:lang w:val="he-IL" w:bidi="he-IL"/>
          <w:b/>
          <w:sz w:val="32"/>
          <w:rtl/>
          <w:szCs w:val="32"/>
          <w:bCs/>
        </w:rPr>
        <w:t>2. איזו מהמילים היא מילת קישור?</w:t>
      </w:r>
    </w:p>
    <w:p>
      <w:pPr>
        <w:bidi/>
        <w:spacing w:after="20"/>
        <w:jc w:val="right"/>
      </w:pPr>
      <w:r>
        <w:rPr>
          <w:rFonts w:ascii="Arial" w:hAnsi="Arial" w:cs="Arial" w:eastAsia="Arial"/>
          <w:lang w:val="he-IL" w:bidi="he-IL"/>
          <w:sz w:val="32"/>
          <w:rtl/>
          <w:szCs w:val="32"/>
        </w:rPr>
        <w:t xml:space="preserve">      ☐ א. ליד</w:t>
      </w:r>
    </w:p>
    <w:p>
      <w:pPr>
        <w:bidi/>
        <w:spacing w:after="20"/>
        <w:jc w:val="right"/>
      </w:pPr>
      <w:r>
        <w:rPr>
          <w:rFonts w:ascii="Arial" w:hAnsi="Arial" w:cs="Arial" w:eastAsia="Arial"/>
          <w:lang w:val="he-IL" w:bidi="he-IL"/>
          <w:sz w:val="32"/>
          <w:rtl/>
          <w:szCs w:val="32"/>
        </w:rPr>
        <w:t xml:space="preserve">      ☐ ב. אבל</w:t>
      </w:r>
    </w:p>
    <w:p>
      <w:pPr>
        <w:bidi/>
        <w:spacing w:after="20"/>
        <w:jc w:val="right"/>
      </w:pPr>
      <w:r>
        <w:rPr>
          <w:rFonts w:ascii="Arial" w:hAnsi="Arial" w:cs="Arial" w:eastAsia="Arial"/>
          <w:lang w:val="he-IL" w:bidi="he-IL"/>
          <w:sz w:val="32"/>
          <w:rtl/>
          <w:szCs w:val="32"/>
        </w:rPr>
        <w:t xml:space="preserve">      ☐ ג. שולחן</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מילת יחס – נטייה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 + הוא = __________</w:t>
      </w:r>
    </w:p>
    <w:p>
      <w:pPr>
        <w:bidi/>
        <w:spacing w:after="80"/>
        <w:jc w:val="right"/>
      </w:pPr>
      <w:r>
        <w:rPr>
          <w:rFonts w:ascii="Arial" w:hAnsi="Arial" w:cs="Arial" w:eastAsia="Arial"/>
          <w:lang w:val="he-IL" w:bidi="he-IL"/>
          <w:sz w:val="32"/>
          <w:rtl/>
          <w:szCs w:val="32"/>
        </w:rPr>
        <w:t>2. עם + אני = 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מילת קישור – חשיבה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במילים שלכם מה ההבדל בין מילת יחס למילת קישור.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5 · זיהוי חלק הדיבר בתוך משפט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במשפט 'הילדה הקטנה רצה מהר הביתה' המילה 'הקטנה' היא:</w:t>
      </w:r>
    </w:p>
    <w:p>
      <w:pPr>
        <w:bidi/>
        <w:spacing w:after="20"/>
        <w:jc w:val="right"/>
      </w:pPr>
      <w:r>
        <w:rPr>
          <w:rFonts w:ascii="Arial" w:hAnsi="Arial" w:cs="Arial" w:eastAsia="Arial"/>
          <w:lang w:val="he-IL" w:bidi="he-IL"/>
          <w:sz w:val="32"/>
          <w:rtl/>
          <w:szCs w:val="32"/>
        </w:rPr>
        <w:t xml:space="preserve">      ☐ א. שם עצם</w:t>
      </w:r>
    </w:p>
    <w:p>
      <w:pPr>
        <w:bidi/>
        <w:spacing w:after="20"/>
        <w:jc w:val="right"/>
      </w:pPr>
      <w:r>
        <w:rPr>
          <w:rFonts w:ascii="Arial" w:hAnsi="Arial" w:cs="Arial" w:eastAsia="Arial"/>
          <w:lang w:val="he-IL" w:bidi="he-IL"/>
          <w:sz w:val="32"/>
          <w:rtl/>
          <w:szCs w:val="32"/>
        </w:rPr>
        <w:t xml:space="preserve">      ☐ ב. שם תואר</w:t>
      </w:r>
    </w:p>
    <w:p>
      <w:pPr>
        <w:bidi/>
        <w:spacing w:after="20"/>
        <w:jc w:val="right"/>
      </w:pPr>
      <w:r>
        <w:rPr>
          <w:rFonts w:ascii="Arial" w:hAnsi="Arial" w:cs="Arial" w:eastAsia="Arial"/>
          <w:lang w:val="he-IL" w:bidi="he-IL"/>
          <w:sz w:val="32"/>
          <w:rtl/>
          <w:szCs w:val="32"/>
        </w:rPr>
        <w:t xml:space="preserve">      ☐ ג. תואר הפועל</w:t>
      </w:r>
    </w:p>
    <w:p>
      <w:pPr>
        <w:bidi/>
        <w:spacing w:after="20"/>
        <w:jc w:val="right"/>
      </w:pPr>
      <w:r>
        <w:rPr>
          <w:rFonts w:ascii="Arial" w:hAnsi="Arial" w:cs="Arial" w:eastAsia="Arial"/>
          <w:lang w:val="he-IL" w:bidi="he-IL"/>
          <w:b/>
          <w:sz w:val="32"/>
          <w:rtl/>
          <w:szCs w:val="32"/>
          <w:bCs/>
        </w:rPr>
        <w:t>2. באותו משפט המילה 'מהר' היא:</w:t>
      </w:r>
    </w:p>
    <w:p>
      <w:pPr>
        <w:bidi/>
        <w:spacing w:after="20"/>
        <w:jc w:val="right"/>
      </w:pPr>
      <w:r>
        <w:rPr>
          <w:rFonts w:ascii="Arial" w:hAnsi="Arial" w:cs="Arial" w:eastAsia="Arial"/>
          <w:lang w:val="he-IL" w:bidi="he-IL"/>
          <w:sz w:val="32"/>
          <w:rtl/>
          <w:szCs w:val="32"/>
        </w:rPr>
        <w:t xml:space="preserve">      ☐ א. שם תואר</w:t>
      </w:r>
    </w:p>
    <w:p>
      <w:pPr>
        <w:bidi/>
        <w:spacing w:after="20"/>
        <w:jc w:val="right"/>
      </w:pPr>
      <w:r>
        <w:rPr>
          <w:rFonts w:ascii="Arial" w:hAnsi="Arial" w:cs="Arial" w:eastAsia="Arial"/>
          <w:lang w:val="he-IL" w:bidi="he-IL"/>
          <w:sz w:val="32"/>
          <w:rtl/>
          <w:szCs w:val="32"/>
        </w:rPr>
        <w:t xml:space="preserve">      ☐ ב. פועל</w:t>
      </w:r>
    </w:p>
    <w:p>
      <w:pPr>
        <w:bidi/>
        <w:spacing w:after="20"/>
        <w:jc w:val="right"/>
      </w:pPr>
      <w:r>
        <w:rPr>
          <w:rFonts w:ascii="Arial" w:hAnsi="Arial" w:cs="Arial" w:eastAsia="Arial"/>
          <w:lang w:val="he-IL" w:bidi="he-IL"/>
          <w:sz w:val="32"/>
          <w:rtl/>
          <w:szCs w:val="32"/>
        </w:rPr>
        <w:t xml:space="preserve">      ☐ ג. תואר הפועל</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התאמה במין ובמספר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ילדות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חדשות</w:t>
            </w:r>
          </w:p>
        </w:tc>
      </w:tr>
      <w:tr>
        <w:tc>
          <w:tcPr>
            <w:tcW w:type="dxa" w:w="3969"/>
          </w:tcPr>
          <w:p>
            <w:pPr>
              <w:bidi/>
              <w:jc w:val="right"/>
            </w:pPr>
            <w:r>
              <w:rPr>
                <w:rFonts w:ascii="Arial" w:hAnsi="Arial" w:cs="Arial" w:eastAsia="Arial"/>
                <w:lang w:val="he-IL" w:bidi="he-IL"/>
                <w:sz w:val="32"/>
                <w:rtl/>
                <w:szCs w:val="32"/>
              </w:rPr>
              <w:t>2. ספר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גבוה</w:t>
            </w:r>
          </w:p>
        </w:tc>
      </w:tr>
      <w:tr>
        <w:tc>
          <w:tcPr>
            <w:tcW w:type="dxa" w:w="3969"/>
          </w:tcPr>
          <w:p>
            <w:pPr>
              <w:bidi/>
              <w:jc w:val="right"/>
            </w:pPr>
            <w:r>
              <w:rPr>
                <w:rFonts w:ascii="Arial" w:hAnsi="Arial" w:cs="Arial" w:eastAsia="Arial"/>
                <w:lang w:val="he-IL" w:bidi="he-IL"/>
                <w:sz w:val="32"/>
                <w:rtl/>
                <w:szCs w:val="32"/>
              </w:rPr>
              <w:t>3. מחברות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מעניין</w:t>
            </w:r>
          </w:p>
        </w:tc>
      </w:tr>
      <w:tr>
        <w:tc>
          <w:tcPr>
            <w:tcW w:type="dxa" w:w="3969"/>
          </w:tcPr>
          <w:p>
            <w:pPr>
              <w:bidi/>
              <w:jc w:val="right"/>
            </w:pPr>
            <w:r>
              <w:rPr>
                <w:rFonts w:ascii="Arial" w:hAnsi="Arial" w:cs="Arial" w:eastAsia="Arial"/>
                <w:lang w:val="he-IL" w:bidi="he-IL"/>
                <w:sz w:val="32"/>
                <w:rtl/>
                <w:szCs w:val="32"/>
              </w:rPr>
              <w:t>4. שולחן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חכמות</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סידור משפט מלא</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היפה / בגן / הפרח / גדל</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חזרה מסכמת – זיהוי חלקי דיבר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היא שם עצם מוחשי?</w:t>
      </w:r>
    </w:p>
    <w:p>
      <w:pPr>
        <w:bidi/>
        <w:spacing w:after="20"/>
        <w:jc w:val="right"/>
      </w:pPr>
      <w:r>
        <w:rPr>
          <w:rFonts w:ascii="Arial" w:hAnsi="Arial" w:cs="Arial" w:eastAsia="Arial"/>
          <w:lang w:val="he-IL" w:bidi="he-IL"/>
          <w:sz w:val="32"/>
          <w:rtl/>
          <w:szCs w:val="32"/>
        </w:rPr>
        <w:t xml:space="preserve">      ☐ א. אומץ</w:t>
      </w:r>
    </w:p>
    <w:p>
      <w:pPr>
        <w:bidi/>
        <w:spacing w:after="20"/>
        <w:jc w:val="right"/>
      </w:pPr>
      <w:r>
        <w:rPr>
          <w:rFonts w:ascii="Arial" w:hAnsi="Arial" w:cs="Arial" w:eastAsia="Arial"/>
          <w:lang w:val="he-IL" w:bidi="he-IL"/>
          <w:sz w:val="32"/>
          <w:rtl/>
          <w:szCs w:val="32"/>
        </w:rPr>
        <w:t xml:space="preserve">      ☐ ב. שולחן</w:t>
      </w:r>
    </w:p>
    <w:p>
      <w:pPr>
        <w:bidi/>
        <w:spacing w:after="20"/>
        <w:jc w:val="right"/>
      </w:pPr>
      <w:r>
        <w:rPr>
          <w:rFonts w:ascii="Arial" w:hAnsi="Arial" w:cs="Arial" w:eastAsia="Arial"/>
          <w:lang w:val="he-IL" w:bidi="he-IL"/>
          <w:sz w:val="32"/>
          <w:rtl/>
          <w:szCs w:val="32"/>
        </w:rPr>
        <w:t xml:space="preserve">      ☐ ג. יפה</w:t>
      </w:r>
    </w:p>
    <w:p>
      <w:pPr>
        <w:bidi/>
        <w:spacing w:after="20"/>
        <w:jc w:val="right"/>
      </w:pPr>
      <w:r>
        <w:rPr>
          <w:rFonts w:ascii="Arial" w:hAnsi="Arial" w:cs="Arial" w:eastAsia="Arial"/>
          <w:lang w:val="he-IL" w:bidi="he-IL"/>
          <w:b/>
          <w:sz w:val="32"/>
          <w:rtl/>
          <w:szCs w:val="32"/>
          <w:bCs/>
        </w:rPr>
        <w:t>2. איזו מהמילים היא פועל בזמן עתיד?</w:t>
      </w:r>
    </w:p>
    <w:p>
      <w:pPr>
        <w:bidi/>
        <w:spacing w:after="20"/>
        <w:jc w:val="right"/>
      </w:pPr>
      <w:r>
        <w:rPr>
          <w:rFonts w:ascii="Arial" w:hAnsi="Arial" w:cs="Arial" w:eastAsia="Arial"/>
          <w:lang w:val="he-IL" w:bidi="he-IL"/>
          <w:sz w:val="32"/>
          <w:rtl/>
          <w:szCs w:val="32"/>
        </w:rPr>
        <w:t xml:space="preserve">      ☐ א. כתבתי</w:t>
      </w:r>
    </w:p>
    <w:p>
      <w:pPr>
        <w:bidi/>
        <w:spacing w:after="20"/>
        <w:jc w:val="right"/>
      </w:pPr>
      <w:r>
        <w:rPr>
          <w:rFonts w:ascii="Arial" w:hAnsi="Arial" w:cs="Arial" w:eastAsia="Arial"/>
          <w:lang w:val="he-IL" w:bidi="he-IL"/>
          <w:sz w:val="32"/>
          <w:rtl/>
          <w:szCs w:val="32"/>
        </w:rPr>
        <w:t xml:space="preserve">      ☐ ב. כותב</w:t>
      </w:r>
    </w:p>
    <w:p>
      <w:pPr>
        <w:bidi/>
        <w:spacing w:after="20"/>
        <w:jc w:val="right"/>
      </w:pPr>
      <w:r>
        <w:rPr>
          <w:rFonts w:ascii="Arial" w:hAnsi="Arial" w:cs="Arial" w:eastAsia="Arial"/>
          <w:lang w:val="he-IL" w:bidi="he-IL"/>
          <w:sz w:val="32"/>
          <w:rtl/>
          <w:szCs w:val="32"/>
        </w:rPr>
        <w:t xml:space="preserve">      ☐ ג. אכתוב</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חזרה מסכמת – כתיבה משולבת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קצרה (3-4 משפטים) המתארת יום בבית הספר, ושלבו בה לפחות: שם עצם, שם תואר, פועל, תואר הפועל ומילת קישור אחת. סמנו כל חלק דיבר בצבע או בקו.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לזהות שם עצם, שם תואר ופועל במשפט נתון?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יודע/ת להטות שם תואר כך שיתאים במין ובמספר לשם העצם?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מסע חלקי הדיבר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