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ולזהות את תשעת חלקי הדיבר הנלמדים במסע: שם עצם, שם תואר, פועל, תואר הפועל, מילת יחס, מילת קישור, כינוי גוף, שם מספר ומילת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במין ובמספר בין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שונים בתוך משפט שלם וברצף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עצמאית תוך שימוש מגוון בחלקי הדיבר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שם עצם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מי? 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שם תואר – התאמה במין ובמספר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חכמים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מצטיינות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שם עצם ושם תואר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– לבדוק התאמה נכונה במין ובמספר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פועל – 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תי מציינת גוף ראשון יחיד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רצים הוא בזמן הווה, לשון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אחת התכונות המגדירות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בהקשר מתאים נלמד הוא עתיד גוף ראשון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שם עצם כמו ריצה מציין פעולה אך אינו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תואר הפועל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פועל ותואר הפועל – סידור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סדרו למשפט תקין: מהר / רץ / הילד /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סדרו למשפט תקין: היטב / למדה / התלמידה /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סדרו למשפט תקין: תמיד / שיעורים / עושים / אנחנו /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סדרו למשפט תקין: כאן / ישבו / בשקט / הילדים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כינוי גוף, שם מספר ומילת שאלה – 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שלישי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כינוי גוף – התאמה לגוף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(גוף שני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(גוף שלישי 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(גוף ראשון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(גוף שלישי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שם מספר ומילת שאלה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מילת יחס ומילת קישור – 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 +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מילת יחס – נטייה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מילת קישור –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– לבדוק שהקשר הלוגי מתאים למילת הקישור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מילת יחס מבטאת יחס בין מילים, כמו מקום או שייכות; מילת קישור מחברת בין משפטים או חלקי משפט ומבטאת קשר לוגי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זיהוי חלק הדיבר בתוך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כינוי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מילת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התאמה במין ובמספר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(מעניין)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(חדשות)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(מצטיינים)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סידור משפט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סדרו למשפט תקין: היפה / בגן / הפרח /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סדרו למשפט תקין: כי / בבית / נשארנו / ירד /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סדרו למשפט תקין: שלי / עם / הלכתי / החברה / לקולנוע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סדרו למשפט תקין: מתי / תגיעו / הביתה / מחר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משולבת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– לבדוק שימוש נכון בכל חלקי הדיבר שהתבקשו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שהתלמיד/ה מצביע/ה נכון על שם עצם, שם תואר ופועל ומסביר/ה את השאלה המנחה לכל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שההטיה כוללת התאמה נכונה במין (זכר/נקבה) ובמספר (יחיד/רבים)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שהדוגמה למילת יחס מבטאת יחס בין מילים ושהדוגמה למילת קישור מבטאת קשר לוגי בין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שלבי המסע באתר: שיעור אחד לפרקים 1-2 (יסודות), שיעור שני לפרקים 3-4 (מתקדמים), ושיעור שלישי לפרק 5 וחזרה מסכמת (בונוס)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לתלמידים/ות המתקשים אפשר לדלג על הפריטים המסומנים כקשים ולהתמקד בתרגילי הזיהוי הבסיסיים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לתלמידים/ות המתקדמים כדאי להוסיף אתגר: לבקש לכתוב משפטים הכוללים את כל תשעת חלקי הדיבר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התרגילים הפתוחים (short/open) יחד בכיתה כדי לבדוק מגוון תשובות אפשריות ולחזק את ההבנה המשותפת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נתרגל את כל חלקי הדיבר. קודם נעשה תרגילים קלים, אחר כך קשים יותר. בסוף יש תרגיל שמסכם הכול.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אדם, בעל חיים, חפץ, מקום או רעיון, למשל: ילד, שולחן, אומץ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 ומתאימה לו במין ובמספר, למשל: גבוה, אדומה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פעולה או מצב ומשתנה לפי זמן וגוף, למשל: כתבתי, רצים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את הפועל – איך, מתי, איפה – ואינה משתנה במין ובמספר, למשל: מהר, אתמול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שמבטאת יחס בין מילים, למשל: על, עם, ליד, של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משפטים או חלקי משפט ומבטאת קשר לוגי, למשל: אבל, כי, לכן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שבאה במקום שם עצם, למשל: אני, הוא,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כמות או סדר, למשל: שלושה, 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שפותחת שאלה, למשל: מי, מתי, איפה, 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שם עצם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שם של מישהו או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שם עצם עונה בעיקר על השאלה: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מי?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היא שם עצם מופשט (אי אפשר לגעת בו)?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מהמילים היא שם עצם פרטי?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מהמילים אפשר להוסיף בקלות ה׳ הידיעה?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שם תואר – התאמה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ספר __________ (מעניין / מעניינת)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מחברת __________ (חדש / חדשה)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ילדים __________ (חכם / חכמים)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שמלה __________ (אדום / אדומה)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תלמידות __________ (מצטיין / מצטיינות)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שם עצם ושם תואר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שבכל אחד מהם שם עצם אחד ושם תואר אחד המתאים לו במין ובמספר.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שם עצם מופשט (כמו אהבה, פחד, שמחה) וכתבו לידו שני שמות תואר מתאימים.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פועל – 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'כתבתי' הוא בזמן 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'רצים' הוא בזמן 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יכול להשתנות לפי זמן ולפי 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'נלמד' יכול להופיע גם בזמן עתיד (אנחנו נלמד)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שמציינת פעולה היא בהכרח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תואר הפועל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כתב את השיעור __________ (טוב מאוד)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אנחנו מגיעים לבית הספר __________ (בכל יום, ללא יוצא מן הכלל)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הילדה רצה __________ (איך? בזריזות)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נפגש __________ (איפה? במקום הזה)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בניגוד לשם תואר, תואר הפועל __________ משתנה במין ובמספר (כן/לא)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פועל ותואר הפועל – סידור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למשפט תקין: תמיד / שיעורים / עושים / אנחנו / בערב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למשפט תקין: כאן / ישבו / בשקט / הילדים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למשפט תקין: היטב / למדה / התלמידה / אתמול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למשפט תקין: מהר / רץ / הילד / בבוקר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כינוי גוף, שם מספר ומילת שאלה – 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היא כינוי 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היא שם 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היא מילת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כינוי הגוף 'הן' מתאים לגוף: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שלישי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שלישי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מילת השאלה המתאימה לשאלה על מקום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כינוי גוף – התאמה לגוף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ראשון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ראשון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שלישי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גוף שלישי 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גוף שני 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שם מספר ומילת שאלה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שם מספר אחד ומילת שאלה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שאלות שונות הפותחות במילות שאלה שונות (מי, מה, איפה, מתי, למה, איך, כמה).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מילת יחס ומילת קישור – 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היא מילת יחס?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היא מילת קישור?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מילת היחס הנטויה 'לנו' בנויה מ: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 +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 +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 +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 +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מילת הקישור 'לכן' מבטאת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מילת הקישור 'אם' מבטאת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מילת יחס – 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 + הוא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עם + אני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של + אנחנו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 + הם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 + הגן = __________ (צורה מיודעת)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מילת קישור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שבהם מילת הקישור 'כי' מסבירה סיבה, ושני משפטים שבהם 'אבל' מבטאת ניגוד.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מילת יחס למילת קישור.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זיהוי חלק הדיבר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במשפט 'הילדה הקטנה רצה מהר הביתה' המילה 'הקטנה'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באותו משפט המילה 'מהר'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במשפט 'אנחנו הלכנו עם החברים שלנו לפארק' המילה 'עם'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באותו משפט המילה 'אנחנו'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במשפט 'קראתי שלושה ספרים מעניינים כי אהבתי אותם' המילה 'כי'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התאמה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מצטיינים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מעניין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סידור משפט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למשפט תקין: שלי / עם / הלכתי / החברה / לקולנוע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למשפט תקין: מתי / תגיעו / הביתה / מחר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למשפט תקין: כי / בבית / נשארנו / ירד / 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למשפט תקין: היפה / בגן / הפרח / גדל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חזרה מסכמת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היא שם עצם מוחשי?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היא פועל בזמן 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היא תואר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מהמילים היא מילת יחס נטויה?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מהמילים היא מילת קישור המבטאת תנאי?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מהמילים היא שם 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כתיבה משולבת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(3-4 משפטים) המתארת יום בבית הספר, ושלבו בה לפחות: שם עצם, שם תואר, פועל, תואר הפועל ומילת קישור אחת. סמנו כל חלק דיבר בצבע או בקו.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שלושה חלקי דיבר שלמדתם ושהיה קשה לכם לזהות, והסבירו במילים שלכם איך תזהו אותם בפעם הבאה.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שם עצם, שם תואר ופועל במשפט נתון?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להטות שם תואר כך שיתאים במין ובמספר לשם העצם?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מכיר/ה את ההבדל בין מילת יחס למילת קישור ויודע/ת לתת דוגמה לכל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חלקי הדיבר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