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מסע חלקי הדיבר</w:t>
            </w:r>
          </w:p>
          <w:p>
            <w:pPr>
              <w:bidi/>
              <w:jc w:val="right"/>
            </w:pPr>
            <w:r>
              <w:rPr>
                <w:rFonts w:ascii="Arial" w:hAnsi="Arial" w:cs="Arial" w:eastAsia="Arial"/>
                <w:lang w:val="he-IL" w:bidi="he-IL"/>
                <w:b/>
                <w:color w:val="3C1361"/>
                <w:sz w:val="32"/>
                <w:rtl/>
                <w:szCs w:val="32"/>
                <w:bCs/>
              </w:rPr>
              <w:t>חוברת תרגול – מסע חלקי הדיבר</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ולזהות את תשעת חלקי הדיבר הנלמדים במסע: שם עצם, שם תואר, פועל, תואר הפועל, מילת יחס, מילת קישור, כינוי גוף, שם מספר ומילת שאלה</w:t>
      </w:r>
    </w:p>
    <w:p>
      <w:pPr>
        <w:bidi/>
        <w:spacing w:after="80"/>
        <w:jc w:val="right"/>
      </w:pPr>
      <w:r>
        <w:rPr>
          <w:rFonts w:ascii="Arial" w:hAnsi="Arial" w:cs="Arial" w:eastAsia="Arial"/>
          <w:lang w:val="he-IL" w:bidi="he-IL"/>
          <w:sz w:val="22"/>
          <w:rtl/>
          <w:szCs w:val="22"/>
        </w:rPr>
        <w:t>• לתרגל התאמה במין ובמספר בין שם עצם לשם תואר</w:t>
      </w:r>
    </w:p>
    <w:p>
      <w:pPr>
        <w:bidi/>
        <w:spacing w:after="80"/>
        <w:jc w:val="right"/>
      </w:pPr>
      <w:r>
        <w:rPr>
          <w:rFonts w:ascii="Arial" w:hAnsi="Arial" w:cs="Arial" w:eastAsia="Arial"/>
          <w:lang w:val="he-IL" w:bidi="he-IL"/>
          <w:sz w:val="22"/>
          <w:rtl/>
          <w:szCs w:val="22"/>
        </w:rPr>
        <w:t>• לזהות חלקי דיבר שונים בתוך משפט שלם וברצף טקסט</w:t>
      </w:r>
    </w:p>
    <w:p>
      <w:pPr>
        <w:bidi/>
        <w:spacing w:after="80"/>
        <w:jc w:val="right"/>
      </w:pPr>
      <w:r>
        <w:rPr>
          <w:rFonts w:ascii="Arial" w:hAnsi="Arial" w:cs="Arial" w:eastAsia="Arial"/>
          <w:lang w:val="he-IL" w:bidi="he-IL"/>
          <w:sz w:val="22"/>
          <w:rtl/>
          <w:szCs w:val="22"/>
        </w:rPr>
        <w:t>• לתרגל כתיבה עצמאית תוך שימוש מגוון בחלקי הדיבר שנלמדו</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שם עצם – זיהוי בסיסי</w:t>
      </w:r>
    </w:p>
    <w:p>
      <w:pPr>
        <w:bidi/>
        <w:spacing w:after="40"/>
        <w:jc w:val="right"/>
      </w:pPr>
      <w:r>
        <w:rPr>
          <w:rFonts w:ascii="Arial" w:hAnsi="Arial" w:cs="Arial" w:eastAsia="Arial"/>
          <w:lang w:val="he-IL" w:bidi="he-IL"/>
          <w:sz w:val="22"/>
          <w:rtl/>
          <w:szCs w:val="22"/>
        </w:rPr>
        <w:t>1. ג – ילד</w:t>
      </w:r>
    </w:p>
    <w:p>
      <w:pPr>
        <w:bidi/>
        <w:spacing w:after="40"/>
        <w:jc w:val="right"/>
      </w:pPr>
      <w:r>
        <w:rPr>
          <w:rFonts w:ascii="Arial" w:hAnsi="Arial" w:cs="Arial" w:eastAsia="Arial"/>
          <w:lang w:val="he-IL" w:bidi="he-IL"/>
          <w:sz w:val="22"/>
          <w:rtl/>
          <w:szCs w:val="22"/>
        </w:rPr>
        <w:t>2. ב – מי? מה?</w:t>
      </w:r>
    </w:p>
    <w:p>
      <w:pPr>
        <w:bidi/>
        <w:spacing w:after="40"/>
        <w:jc w:val="right"/>
      </w:pPr>
      <w:r>
        <w:rPr>
          <w:rFonts w:ascii="Arial" w:hAnsi="Arial" w:cs="Arial" w:eastAsia="Arial"/>
          <w:lang w:val="he-IL" w:bidi="he-IL"/>
          <w:sz w:val="22"/>
          <w:rtl/>
          <w:szCs w:val="22"/>
        </w:rPr>
        <w:t>3. ב – תקווה</w:t>
      </w:r>
    </w:p>
    <w:p>
      <w:pPr>
        <w:bidi/>
        <w:spacing w:after="40"/>
        <w:jc w:val="right"/>
      </w:pPr>
      <w:r>
        <w:rPr>
          <w:rFonts w:ascii="Arial" w:hAnsi="Arial" w:cs="Arial" w:eastAsia="Arial"/>
          <w:lang w:val="he-IL" w:bidi="he-IL"/>
          <w:sz w:val="22"/>
          <w:rtl/>
          <w:szCs w:val="22"/>
        </w:rPr>
        <w:t>4. ב – ירושלים</w:t>
      </w:r>
    </w:p>
    <w:p>
      <w:pPr>
        <w:bidi/>
        <w:spacing w:after="40"/>
        <w:jc w:val="right"/>
      </w:pPr>
      <w:r>
        <w:rPr>
          <w:rFonts w:ascii="Arial" w:hAnsi="Arial" w:cs="Arial" w:eastAsia="Arial"/>
          <w:lang w:val="he-IL" w:bidi="he-IL"/>
          <w:sz w:val="22"/>
          <w:rtl/>
          <w:szCs w:val="22"/>
        </w:rPr>
        <w:t>5. א – שולחן</w:t>
      </w:r>
    </w:p>
    <w:p>
      <w:pPr>
        <w:bidi/>
        <w:pStyle w:val="Heading3"/>
        <w:spacing w:after="80"/>
        <w:jc w:val="right"/>
      </w:pPr>
      <w:r>
        <w:rPr>
          <w:rFonts w:ascii="Arial" w:hAnsi="Arial" w:cs="Arial" w:eastAsia="Arial"/>
          <w:lang w:val="he-IL" w:bidi="he-IL"/>
          <w:b/>
          <w:color w:val="DD6B20"/>
          <w:sz w:val="26"/>
          <w:rtl/>
          <w:szCs w:val="26"/>
          <w:bCs/>
        </w:rPr>
        <w:t>חלק ב׳ – פרק 1 · שם תואר – התאמה במין ובמספר</w:t>
      </w:r>
    </w:p>
    <w:p>
      <w:pPr>
        <w:bidi/>
        <w:spacing w:after="40"/>
        <w:jc w:val="right"/>
      </w:pPr>
      <w:r>
        <w:rPr>
          <w:rFonts w:ascii="Arial" w:hAnsi="Arial" w:cs="Arial" w:eastAsia="Arial"/>
          <w:lang w:val="he-IL" w:bidi="he-IL"/>
          <w:sz w:val="22"/>
          <w:rtl/>
          <w:szCs w:val="22"/>
        </w:rPr>
        <w:t>1. מעניין</w:t>
      </w:r>
    </w:p>
    <w:p>
      <w:pPr>
        <w:bidi/>
        <w:spacing w:after="40"/>
        <w:jc w:val="right"/>
      </w:pPr>
      <w:r>
        <w:rPr>
          <w:rFonts w:ascii="Arial" w:hAnsi="Arial" w:cs="Arial" w:eastAsia="Arial"/>
          <w:lang w:val="he-IL" w:bidi="he-IL"/>
          <w:sz w:val="22"/>
          <w:rtl/>
          <w:szCs w:val="22"/>
        </w:rPr>
        <w:t>2. חדשה</w:t>
      </w:r>
    </w:p>
    <w:p>
      <w:pPr>
        <w:bidi/>
        <w:spacing w:after="40"/>
        <w:jc w:val="right"/>
      </w:pPr>
      <w:r>
        <w:rPr>
          <w:rFonts w:ascii="Arial" w:hAnsi="Arial" w:cs="Arial" w:eastAsia="Arial"/>
          <w:lang w:val="he-IL" w:bidi="he-IL"/>
          <w:sz w:val="22"/>
          <w:rtl/>
          <w:szCs w:val="22"/>
        </w:rPr>
        <w:t>3. חכמים</w:t>
      </w:r>
    </w:p>
    <w:p>
      <w:pPr>
        <w:bidi/>
        <w:spacing w:after="40"/>
        <w:jc w:val="right"/>
      </w:pPr>
      <w:r>
        <w:rPr>
          <w:rFonts w:ascii="Arial" w:hAnsi="Arial" w:cs="Arial" w:eastAsia="Arial"/>
          <w:lang w:val="he-IL" w:bidi="he-IL"/>
          <w:sz w:val="22"/>
          <w:rtl/>
          <w:szCs w:val="22"/>
        </w:rPr>
        <w:t>4. אדומה</w:t>
      </w:r>
    </w:p>
    <w:p>
      <w:pPr>
        <w:bidi/>
        <w:spacing w:after="40"/>
        <w:jc w:val="right"/>
      </w:pPr>
      <w:r>
        <w:rPr>
          <w:rFonts w:ascii="Arial" w:hAnsi="Arial" w:cs="Arial" w:eastAsia="Arial"/>
          <w:lang w:val="he-IL" w:bidi="he-IL"/>
          <w:sz w:val="22"/>
          <w:rtl/>
          <w:szCs w:val="22"/>
        </w:rPr>
        <w:t>5. מצטיינות</w:t>
      </w:r>
    </w:p>
    <w:p>
      <w:pPr>
        <w:bidi/>
        <w:pStyle w:val="Heading3"/>
        <w:spacing w:after="80"/>
        <w:jc w:val="right"/>
      </w:pPr>
      <w:r>
        <w:rPr>
          <w:rFonts w:ascii="Arial" w:hAnsi="Arial" w:cs="Arial" w:eastAsia="Arial"/>
          <w:lang w:val="he-IL" w:bidi="he-IL"/>
          <w:b/>
          <w:color w:val="3182CE"/>
          <w:sz w:val="26"/>
          <w:rtl/>
          <w:szCs w:val="26"/>
          <w:bCs/>
        </w:rPr>
        <w:t>חלק ג׳ – פרק 1 · שם עצם ושם תואר – כתיבה</w:t>
      </w:r>
    </w:p>
    <w:p>
      <w:pPr>
        <w:bidi/>
        <w:spacing w:after="40"/>
        <w:jc w:val="right"/>
      </w:pPr>
      <w:r>
        <w:rPr>
          <w:rFonts w:ascii="Arial" w:hAnsi="Arial" w:cs="Arial" w:eastAsia="Arial"/>
          <w:lang w:val="he-IL" w:bidi="he-IL"/>
          <w:sz w:val="22"/>
          <w:rtl/>
          <w:szCs w:val="22"/>
        </w:rPr>
        <w:t>1. תשובה חופשית – לבדוק התאמה נכונה במין ובמספר</w:t>
      </w:r>
    </w:p>
    <w:p>
      <w:pPr>
        <w:bidi/>
        <w:spacing w:after="40"/>
        <w:jc w:val="right"/>
      </w:pPr>
      <w:r>
        <w:rPr>
          <w:rFonts w:ascii="Arial" w:hAnsi="Arial" w:cs="Arial" w:eastAsia="Arial"/>
          <w:lang w:val="he-IL" w:bidi="he-IL"/>
          <w:sz w:val="22"/>
          <w:rtl/>
          <w:szCs w:val="22"/>
        </w:rPr>
        <w:t>2. תשובה חופשית</w:t>
      </w:r>
    </w:p>
    <w:p>
      <w:pPr>
        <w:bidi/>
        <w:pStyle w:val="Heading3"/>
        <w:spacing w:after="80"/>
        <w:jc w:val="right"/>
      </w:pPr>
      <w:r>
        <w:rPr>
          <w:rFonts w:ascii="Arial" w:hAnsi="Arial" w:cs="Arial" w:eastAsia="Arial"/>
          <w:lang w:val="he-IL" w:bidi="he-IL"/>
          <w:b/>
          <w:color w:val="38A169"/>
          <w:sz w:val="26"/>
          <w:rtl/>
          <w:szCs w:val="26"/>
          <w:bCs/>
        </w:rPr>
        <w:t>חלק ד׳ – פרק 2 · פועל – זמנים</w:t>
      </w:r>
    </w:p>
    <w:p>
      <w:pPr>
        <w:bidi/>
        <w:spacing w:after="40"/>
        <w:jc w:val="right"/>
      </w:pPr>
      <w:r>
        <w:rPr>
          <w:rFonts w:ascii="Arial" w:hAnsi="Arial" w:cs="Arial" w:eastAsia="Arial"/>
          <w:lang w:val="he-IL" w:bidi="he-IL"/>
          <w:sz w:val="22"/>
          <w:rtl/>
          <w:szCs w:val="22"/>
        </w:rPr>
        <w:t>1. נכון – הסיומת תי מציינת גוף ראשון יחיד בעבר</w:t>
      </w:r>
    </w:p>
    <w:p>
      <w:pPr>
        <w:bidi/>
        <w:spacing w:after="40"/>
        <w:jc w:val="right"/>
      </w:pPr>
      <w:r>
        <w:rPr>
          <w:rFonts w:ascii="Arial" w:hAnsi="Arial" w:cs="Arial" w:eastAsia="Arial"/>
          <w:lang w:val="he-IL" w:bidi="he-IL"/>
          <w:sz w:val="22"/>
          <w:rtl/>
          <w:szCs w:val="22"/>
        </w:rPr>
        <w:t>2. לא נכון – רצים הוא בזמן הווה, לשון רבים</w:t>
      </w:r>
    </w:p>
    <w:p>
      <w:pPr>
        <w:bidi/>
        <w:spacing w:after="40"/>
        <w:jc w:val="right"/>
      </w:pPr>
      <w:r>
        <w:rPr>
          <w:rFonts w:ascii="Arial" w:hAnsi="Arial" w:cs="Arial" w:eastAsia="Arial"/>
          <w:lang w:val="he-IL" w:bidi="he-IL"/>
          <w:sz w:val="22"/>
          <w:rtl/>
          <w:szCs w:val="22"/>
        </w:rPr>
        <w:t>3. נכון – זו אחת התכונות המגדירות פועל</w:t>
      </w:r>
    </w:p>
    <w:p>
      <w:pPr>
        <w:bidi/>
        <w:spacing w:after="40"/>
        <w:jc w:val="right"/>
      </w:pPr>
      <w:r>
        <w:rPr>
          <w:rFonts w:ascii="Arial" w:hAnsi="Arial" w:cs="Arial" w:eastAsia="Arial"/>
          <w:lang w:val="he-IL" w:bidi="he-IL"/>
          <w:sz w:val="22"/>
          <w:rtl/>
          <w:szCs w:val="22"/>
        </w:rPr>
        <w:t>4. נכון – בהקשר מתאים נלמד הוא עתיד גוף ראשון רבים</w:t>
      </w:r>
    </w:p>
    <w:p>
      <w:pPr>
        <w:bidi/>
        <w:spacing w:after="40"/>
        <w:jc w:val="right"/>
      </w:pPr>
      <w:r>
        <w:rPr>
          <w:rFonts w:ascii="Arial" w:hAnsi="Arial" w:cs="Arial" w:eastAsia="Arial"/>
          <w:lang w:val="he-IL" w:bidi="he-IL"/>
          <w:sz w:val="22"/>
          <w:rtl/>
          <w:szCs w:val="22"/>
        </w:rPr>
        <w:t>5. לא נכון – גם שם עצם כמו ריצה מציין פעולה אך אינו פועל</w:t>
      </w:r>
    </w:p>
    <w:p>
      <w:pPr>
        <w:bidi/>
        <w:pStyle w:val="Heading3"/>
        <w:spacing w:after="80"/>
        <w:jc w:val="right"/>
      </w:pPr>
      <w:r>
        <w:rPr>
          <w:rFonts w:ascii="Arial" w:hAnsi="Arial" w:cs="Arial" w:eastAsia="Arial"/>
          <w:lang w:val="he-IL" w:bidi="he-IL"/>
          <w:b/>
          <w:color w:val="805AD5"/>
          <w:sz w:val="26"/>
          <w:rtl/>
          <w:szCs w:val="26"/>
          <w:bCs/>
        </w:rPr>
        <w:t>חלק ה׳ – פרק 2 · תואר הפועל – השלמה</w:t>
      </w:r>
    </w:p>
    <w:p>
      <w:pPr>
        <w:bidi/>
        <w:spacing w:after="40"/>
        <w:jc w:val="right"/>
      </w:pPr>
      <w:r>
        <w:rPr>
          <w:rFonts w:ascii="Arial" w:hAnsi="Arial" w:cs="Arial" w:eastAsia="Arial"/>
          <w:lang w:val="he-IL" w:bidi="he-IL"/>
          <w:sz w:val="22"/>
          <w:rtl/>
          <w:szCs w:val="22"/>
        </w:rPr>
        <w:t>1. היטב</w:t>
      </w:r>
    </w:p>
    <w:p>
      <w:pPr>
        <w:bidi/>
        <w:spacing w:after="40"/>
        <w:jc w:val="right"/>
      </w:pPr>
      <w:r>
        <w:rPr>
          <w:rFonts w:ascii="Arial" w:hAnsi="Arial" w:cs="Arial" w:eastAsia="Arial"/>
          <w:lang w:val="he-IL" w:bidi="he-IL"/>
          <w:sz w:val="22"/>
          <w:rtl/>
          <w:szCs w:val="22"/>
        </w:rPr>
        <w:t>2. תמיד</w:t>
      </w:r>
    </w:p>
    <w:p>
      <w:pPr>
        <w:bidi/>
        <w:spacing w:after="40"/>
        <w:jc w:val="right"/>
      </w:pPr>
      <w:r>
        <w:rPr>
          <w:rFonts w:ascii="Arial" w:hAnsi="Arial" w:cs="Arial" w:eastAsia="Arial"/>
          <w:lang w:val="he-IL" w:bidi="he-IL"/>
          <w:sz w:val="22"/>
          <w:rtl/>
          <w:szCs w:val="22"/>
        </w:rPr>
        <w:t>3. מהר</w:t>
      </w:r>
    </w:p>
    <w:p>
      <w:pPr>
        <w:bidi/>
        <w:spacing w:after="40"/>
        <w:jc w:val="right"/>
      </w:pPr>
      <w:r>
        <w:rPr>
          <w:rFonts w:ascii="Arial" w:hAnsi="Arial" w:cs="Arial" w:eastAsia="Arial"/>
          <w:lang w:val="he-IL" w:bidi="he-IL"/>
          <w:sz w:val="22"/>
          <w:rtl/>
          <w:szCs w:val="22"/>
        </w:rPr>
        <w:t>4. כאן</w:t>
      </w:r>
    </w:p>
    <w:p>
      <w:pPr>
        <w:bidi/>
        <w:spacing w:after="40"/>
        <w:jc w:val="right"/>
      </w:pPr>
      <w:r>
        <w:rPr>
          <w:rFonts w:ascii="Arial" w:hAnsi="Arial" w:cs="Arial" w:eastAsia="Arial"/>
          <w:lang w:val="he-IL" w:bidi="he-IL"/>
          <w:sz w:val="22"/>
          <w:rtl/>
          <w:szCs w:val="22"/>
        </w:rPr>
        <w:t>5. לא</w:t>
      </w:r>
    </w:p>
    <w:p>
      <w:pPr>
        <w:bidi/>
        <w:pStyle w:val="Heading3"/>
        <w:spacing w:after="80"/>
        <w:jc w:val="right"/>
      </w:pPr>
      <w:r>
        <w:rPr>
          <w:rFonts w:ascii="Arial" w:hAnsi="Arial" w:cs="Arial" w:eastAsia="Arial"/>
          <w:lang w:val="he-IL" w:bidi="he-IL"/>
          <w:b/>
          <w:color w:val="D53F8C"/>
          <w:sz w:val="26"/>
          <w:rtl/>
          <w:szCs w:val="26"/>
          <w:bCs/>
        </w:rPr>
        <w:t>חלק ו׳ – פרק 2 · פועל ותואר הפועל – סידור משפטים</w:t>
      </w:r>
    </w:p>
    <w:p>
      <w:pPr>
        <w:bidi/>
        <w:spacing w:after="40"/>
        <w:jc w:val="right"/>
      </w:pPr>
      <w:r>
        <w:rPr>
          <w:rFonts w:ascii="Arial" w:hAnsi="Arial" w:cs="Arial" w:eastAsia="Arial"/>
          <w:lang w:val="he-IL" w:bidi="he-IL"/>
          <w:sz w:val="22"/>
          <w:rtl/>
          <w:szCs w:val="22"/>
        </w:rPr>
        <w:t>1. סדרו למשפט תקין: מהר / רץ / הילד / בבוקר</w:t>
      </w:r>
    </w:p>
    <w:p>
      <w:pPr>
        <w:bidi/>
        <w:spacing w:after="40"/>
        <w:jc w:val="right"/>
      </w:pPr>
      <w:r>
        <w:rPr>
          <w:rFonts w:ascii="Arial" w:hAnsi="Arial" w:cs="Arial" w:eastAsia="Arial"/>
          <w:lang w:val="he-IL" w:bidi="he-IL"/>
          <w:sz w:val="22"/>
          <w:rtl/>
          <w:szCs w:val="22"/>
        </w:rPr>
        <w:t>2. סדרו למשפט תקין: היטב / למדה / התלמידה / אתמול</w:t>
      </w:r>
    </w:p>
    <w:p>
      <w:pPr>
        <w:bidi/>
        <w:spacing w:after="40"/>
        <w:jc w:val="right"/>
      </w:pPr>
      <w:r>
        <w:rPr>
          <w:rFonts w:ascii="Arial" w:hAnsi="Arial" w:cs="Arial" w:eastAsia="Arial"/>
          <w:lang w:val="he-IL" w:bidi="he-IL"/>
          <w:sz w:val="22"/>
          <w:rtl/>
          <w:szCs w:val="22"/>
        </w:rPr>
        <w:t>3. סדרו למשפט תקין: תמיד / שיעורים / עושים / אנחנו / בערב</w:t>
      </w:r>
    </w:p>
    <w:p>
      <w:pPr>
        <w:bidi/>
        <w:spacing w:after="40"/>
        <w:jc w:val="right"/>
      </w:pPr>
      <w:r>
        <w:rPr>
          <w:rFonts w:ascii="Arial" w:hAnsi="Arial" w:cs="Arial" w:eastAsia="Arial"/>
          <w:lang w:val="he-IL" w:bidi="he-IL"/>
          <w:sz w:val="22"/>
          <w:rtl/>
          <w:szCs w:val="22"/>
        </w:rPr>
        <w:t>4. סדרו למשפט תקין: כאן / ישבו / בשקט / הילדים</w:t>
      </w:r>
    </w:p>
    <w:p>
      <w:pPr>
        <w:bidi/>
        <w:pStyle w:val="Heading3"/>
        <w:spacing w:after="80"/>
        <w:jc w:val="right"/>
      </w:pPr>
      <w:r>
        <w:rPr>
          <w:rFonts w:ascii="Arial" w:hAnsi="Arial" w:cs="Arial" w:eastAsia="Arial"/>
          <w:lang w:val="he-IL" w:bidi="he-IL"/>
          <w:b/>
          <w:color w:val="E53E3E"/>
          <w:sz w:val="26"/>
          <w:rtl/>
          <w:szCs w:val="26"/>
          <w:bCs/>
        </w:rPr>
        <w:t>חלק ז׳ – פרק 3 · כינוי גוף, שם מספר ומילת שאלה – זיהוי</w:t>
      </w:r>
    </w:p>
    <w:p>
      <w:pPr>
        <w:bidi/>
        <w:spacing w:after="40"/>
        <w:jc w:val="right"/>
      </w:pPr>
      <w:r>
        <w:rPr>
          <w:rFonts w:ascii="Arial" w:hAnsi="Arial" w:cs="Arial" w:eastAsia="Arial"/>
          <w:lang w:val="he-IL" w:bidi="he-IL"/>
          <w:sz w:val="22"/>
          <w:rtl/>
          <w:szCs w:val="22"/>
        </w:rPr>
        <w:t>1. ב – אנחנו</w:t>
      </w:r>
    </w:p>
    <w:p>
      <w:pPr>
        <w:bidi/>
        <w:spacing w:after="40"/>
        <w:jc w:val="right"/>
      </w:pPr>
      <w:r>
        <w:rPr>
          <w:rFonts w:ascii="Arial" w:hAnsi="Arial" w:cs="Arial" w:eastAsia="Arial"/>
          <w:lang w:val="he-IL" w:bidi="he-IL"/>
          <w:sz w:val="22"/>
          <w:rtl/>
          <w:szCs w:val="22"/>
        </w:rPr>
        <w:t>2. א – חמישה</w:t>
      </w:r>
    </w:p>
    <w:p>
      <w:pPr>
        <w:bidi/>
        <w:spacing w:after="40"/>
        <w:jc w:val="right"/>
      </w:pPr>
      <w:r>
        <w:rPr>
          <w:rFonts w:ascii="Arial" w:hAnsi="Arial" w:cs="Arial" w:eastAsia="Arial"/>
          <w:lang w:val="he-IL" w:bidi="he-IL"/>
          <w:sz w:val="22"/>
          <w:rtl/>
          <w:szCs w:val="22"/>
        </w:rPr>
        <w:t>3. א – מתי</w:t>
      </w:r>
    </w:p>
    <w:p>
      <w:pPr>
        <w:bidi/>
        <w:spacing w:after="40"/>
        <w:jc w:val="right"/>
      </w:pPr>
      <w:r>
        <w:rPr>
          <w:rFonts w:ascii="Arial" w:hAnsi="Arial" w:cs="Arial" w:eastAsia="Arial"/>
          <w:lang w:val="he-IL" w:bidi="he-IL"/>
          <w:sz w:val="22"/>
          <w:rtl/>
          <w:szCs w:val="22"/>
        </w:rPr>
        <w:t>4. א – שלישי רבות</w:t>
      </w:r>
    </w:p>
    <w:p>
      <w:pPr>
        <w:bidi/>
        <w:spacing w:after="40"/>
        <w:jc w:val="right"/>
      </w:pPr>
      <w:r>
        <w:rPr>
          <w:rFonts w:ascii="Arial" w:hAnsi="Arial" w:cs="Arial" w:eastAsia="Arial"/>
          <w:lang w:val="he-IL" w:bidi="he-IL"/>
          <w:sz w:val="22"/>
          <w:rtl/>
          <w:szCs w:val="22"/>
        </w:rPr>
        <w:t>5. ב – איפה</w:t>
      </w:r>
    </w:p>
    <w:p>
      <w:pPr>
        <w:bidi/>
        <w:pStyle w:val="Heading3"/>
        <w:spacing w:after="80"/>
        <w:jc w:val="right"/>
      </w:pPr>
      <w:r>
        <w:rPr>
          <w:rFonts w:ascii="Arial" w:hAnsi="Arial" w:cs="Arial" w:eastAsia="Arial"/>
          <w:lang w:val="he-IL" w:bidi="he-IL"/>
          <w:b/>
          <w:color w:val="DD6B20"/>
          <w:sz w:val="26"/>
          <w:rtl/>
          <w:szCs w:val="26"/>
          <w:bCs/>
        </w:rPr>
        <w:t>חלק ח׳ – פרק 3 · כינוי גוף – התאמה לגוף</w:t>
      </w:r>
    </w:p>
    <w:p>
      <w:pPr>
        <w:bidi/>
        <w:spacing w:after="40"/>
        <w:jc w:val="right"/>
      </w:pPr>
      <w:r>
        <w:rPr>
          <w:rFonts w:ascii="Arial" w:hAnsi="Arial" w:cs="Arial" w:eastAsia="Arial"/>
          <w:lang w:val="he-IL" w:bidi="he-IL"/>
          <w:sz w:val="22"/>
          <w:rtl/>
          <w:szCs w:val="22"/>
        </w:rPr>
        <w:t>1 – ג (גוף ראשון יחיד)</w:t>
      </w:r>
    </w:p>
    <w:p>
      <w:pPr>
        <w:bidi/>
        <w:spacing w:after="40"/>
        <w:jc w:val="right"/>
      </w:pPr>
      <w:r>
        <w:rPr>
          <w:rFonts w:ascii="Arial" w:hAnsi="Arial" w:cs="Arial" w:eastAsia="Arial"/>
          <w:lang w:val="he-IL" w:bidi="he-IL"/>
          <w:sz w:val="22"/>
          <w:rtl/>
          <w:szCs w:val="22"/>
        </w:rPr>
        <w:t>2 – א (גוף שני רבים)</w:t>
      </w:r>
    </w:p>
    <w:p>
      <w:pPr>
        <w:bidi/>
        <w:spacing w:after="40"/>
        <w:jc w:val="right"/>
      </w:pPr>
      <w:r>
        <w:rPr>
          <w:rFonts w:ascii="Arial" w:hAnsi="Arial" w:cs="Arial" w:eastAsia="Arial"/>
          <w:lang w:val="he-IL" w:bidi="he-IL"/>
          <w:sz w:val="22"/>
          <w:rtl/>
          <w:szCs w:val="22"/>
        </w:rPr>
        <w:t>3 – ב (גוף שלישי יחידה)</w:t>
      </w:r>
    </w:p>
    <w:p>
      <w:pPr>
        <w:bidi/>
        <w:spacing w:after="40"/>
        <w:jc w:val="right"/>
      </w:pPr>
      <w:r>
        <w:rPr>
          <w:rFonts w:ascii="Arial" w:hAnsi="Arial" w:cs="Arial" w:eastAsia="Arial"/>
          <w:lang w:val="he-IL" w:bidi="he-IL"/>
          <w:sz w:val="22"/>
          <w:rtl/>
          <w:szCs w:val="22"/>
        </w:rPr>
        <w:t>4 – ד (גוף ראשון רבים)</w:t>
      </w:r>
    </w:p>
    <w:p>
      <w:pPr>
        <w:bidi/>
        <w:spacing w:after="40"/>
        <w:jc w:val="right"/>
      </w:pPr>
      <w:r>
        <w:rPr>
          <w:rFonts w:ascii="Arial" w:hAnsi="Arial" w:cs="Arial" w:eastAsia="Arial"/>
          <w:lang w:val="he-IL" w:bidi="he-IL"/>
          <w:sz w:val="22"/>
          <w:rtl/>
          <w:szCs w:val="22"/>
        </w:rPr>
        <w:t>5 – ה (גוף שלישי רבים)</w:t>
      </w:r>
    </w:p>
    <w:p>
      <w:pPr>
        <w:bidi/>
        <w:pStyle w:val="Heading3"/>
        <w:spacing w:after="80"/>
        <w:jc w:val="right"/>
      </w:pPr>
      <w:r>
        <w:rPr>
          <w:rFonts w:ascii="Arial" w:hAnsi="Arial" w:cs="Arial" w:eastAsia="Arial"/>
          <w:lang w:val="he-IL" w:bidi="he-IL"/>
          <w:b/>
          <w:color w:val="3182CE"/>
          <w:sz w:val="26"/>
          <w:rtl/>
          <w:szCs w:val="26"/>
          <w:bCs/>
        </w:rPr>
        <w:t>חלק ט׳ – פרק 3 · שם מספר ומילת שאלה – כתיבה</w:t>
      </w:r>
    </w:p>
    <w:p>
      <w:pPr>
        <w:bidi/>
        <w:spacing w:after="40"/>
        <w:jc w:val="right"/>
      </w:pPr>
      <w:r>
        <w:rPr>
          <w:rFonts w:ascii="Arial" w:hAnsi="Arial" w:cs="Arial" w:eastAsia="Arial"/>
          <w:lang w:val="he-IL" w:bidi="he-IL"/>
          <w:sz w:val="22"/>
          <w:rtl/>
          <w:szCs w:val="22"/>
        </w:rPr>
        <w:t>1. תשובה חופשית</w:t>
      </w:r>
    </w:p>
    <w:p>
      <w:pPr>
        <w:bidi/>
        <w:spacing w:after="40"/>
        <w:jc w:val="right"/>
      </w:pPr>
      <w:r>
        <w:rPr>
          <w:rFonts w:ascii="Arial" w:hAnsi="Arial" w:cs="Arial" w:eastAsia="Arial"/>
          <w:lang w:val="he-IL" w:bidi="he-IL"/>
          <w:sz w:val="22"/>
          <w:rtl/>
          <w:szCs w:val="22"/>
        </w:rPr>
        <w:t>2. תשובה חופשית</w:t>
      </w:r>
    </w:p>
    <w:p>
      <w:pPr>
        <w:bidi/>
        <w:pStyle w:val="Heading3"/>
        <w:spacing w:after="80"/>
        <w:jc w:val="right"/>
      </w:pPr>
      <w:r>
        <w:rPr>
          <w:rFonts w:ascii="Arial" w:hAnsi="Arial" w:cs="Arial" w:eastAsia="Arial"/>
          <w:lang w:val="he-IL" w:bidi="he-IL"/>
          <w:b/>
          <w:color w:val="38A169"/>
          <w:sz w:val="26"/>
          <w:rtl/>
          <w:szCs w:val="26"/>
          <w:bCs/>
        </w:rPr>
        <w:t>חלק י׳ – פרק 4 · מילת יחס ומילת קישור – זיהוי</w:t>
      </w:r>
    </w:p>
    <w:p>
      <w:pPr>
        <w:bidi/>
        <w:spacing w:after="40"/>
        <w:jc w:val="right"/>
      </w:pPr>
      <w:r>
        <w:rPr>
          <w:rFonts w:ascii="Arial" w:hAnsi="Arial" w:cs="Arial" w:eastAsia="Arial"/>
          <w:lang w:val="he-IL" w:bidi="he-IL"/>
          <w:sz w:val="22"/>
          <w:rtl/>
          <w:szCs w:val="22"/>
        </w:rPr>
        <w:t>1. א – עם</w:t>
      </w:r>
    </w:p>
    <w:p>
      <w:pPr>
        <w:bidi/>
        <w:spacing w:after="40"/>
        <w:jc w:val="right"/>
      </w:pPr>
      <w:r>
        <w:rPr>
          <w:rFonts w:ascii="Arial" w:hAnsi="Arial" w:cs="Arial" w:eastAsia="Arial"/>
          <w:lang w:val="he-IL" w:bidi="he-IL"/>
          <w:sz w:val="22"/>
          <w:rtl/>
          <w:szCs w:val="22"/>
        </w:rPr>
        <w:t>2. ב – אבל</w:t>
      </w:r>
    </w:p>
    <w:p>
      <w:pPr>
        <w:bidi/>
        <w:spacing w:after="40"/>
        <w:jc w:val="right"/>
      </w:pPr>
      <w:r>
        <w:rPr>
          <w:rFonts w:ascii="Arial" w:hAnsi="Arial" w:cs="Arial" w:eastAsia="Arial"/>
          <w:lang w:val="he-IL" w:bidi="he-IL"/>
          <w:sz w:val="22"/>
          <w:rtl/>
          <w:szCs w:val="22"/>
        </w:rPr>
        <w:t>3. א – ל + אנחנו</w:t>
      </w:r>
    </w:p>
    <w:p>
      <w:pPr>
        <w:bidi/>
        <w:spacing w:after="40"/>
        <w:jc w:val="right"/>
      </w:pPr>
      <w:r>
        <w:rPr>
          <w:rFonts w:ascii="Arial" w:hAnsi="Arial" w:cs="Arial" w:eastAsia="Arial"/>
          <w:lang w:val="he-IL" w:bidi="he-IL"/>
          <w:sz w:val="22"/>
          <w:rtl/>
          <w:szCs w:val="22"/>
        </w:rPr>
        <w:t>4. ב – תוצאה</w:t>
      </w:r>
    </w:p>
    <w:p>
      <w:pPr>
        <w:bidi/>
        <w:spacing w:after="40"/>
        <w:jc w:val="right"/>
      </w:pPr>
      <w:r>
        <w:rPr>
          <w:rFonts w:ascii="Arial" w:hAnsi="Arial" w:cs="Arial" w:eastAsia="Arial"/>
          <w:lang w:val="he-IL" w:bidi="he-IL"/>
          <w:sz w:val="22"/>
          <w:rtl/>
          <w:szCs w:val="22"/>
        </w:rPr>
        <w:t>5. א – תנאי</w:t>
      </w:r>
    </w:p>
    <w:p>
      <w:pPr>
        <w:bidi/>
        <w:pStyle w:val="Heading3"/>
        <w:spacing w:after="80"/>
        <w:jc w:val="right"/>
      </w:pPr>
      <w:r>
        <w:rPr>
          <w:rFonts w:ascii="Arial" w:hAnsi="Arial" w:cs="Arial" w:eastAsia="Arial"/>
          <w:lang w:val="he-IL" w:bidi="he-IL"/>
          <w:b/>
          <w:color w:val="805AD5"/>
          <w:sz w:val="26"/>
          <w:rtl/>
          <w:szCs w:val="26"/>
          <w:bCs/>
        </w:rPr>
        <w:t>חלק י״א – פרק 4 · מילת יחס – נטייה</w:t>
      </w:r>
    </w:p>
    <w:p>
      <w:pPr>
        <w:bidi/>
        <w:spacing w:after="40"/>
        <w:jc w:val="right"/>
      </w:pPr>
      <w:r>
        <w:rPr>
          <w:rFonts w:ascii="Arial" w:hAnsi="Arial" w:cs="Arial" w:eastAsia="Arial"/>
          <w:lang w:val="he-IL" w:bidi="he-IL"/>
          <w:sz w:val="22"/>
          <w:rtl/>
          <w:szCs w:val="22"/>
        </w:rPr>
        <w:t>1. לו</w:t>
      </w:r>
    </w:p>
    <w:p>
      <w:pPr>
        <w:bidi/>
        <w:spacing w:after="40"/>
        <w:jc w:val="right"/>
      </w:pPr>
      <w:r>
        <w:rPr>
          <w:rFonts w:ascii="Arial" w:hAnsi="Arial" w:cs="Arial" w:eastAsia="Arial"/>
          <w:lang w:val="he-IL" w:bidi="he-IL"/>
          <w:sz w:val="22"/>
          <w:rtl/>
          <w:szCs w:val="22"/>
        </w:rPr>
        <w:t>2. איתי</w:t>
      </w:r>
    </w:p>
    <w:p>
      <w:pPr>
        <w:bidi/>
        <w:spacing w:after="40"/>
        <w:jc w:val="right"/>
      </w:pPr>
      <w:r>
        <w:rPr>
          <w:rFonts w:ascii="Arial" w:hAnsi="Arial" w:cs="Arial" w:eastAsia="Arial"/>
          <w:lang w:val="he-IL" w:bidi="he-IL"/>
          <w:sz w:val="22"/>
          <w:rtl/>
          <w:szCs w:val="22"/>
        </w:rPr>
        <w:t>3. שלנו</w:t>
      </w:r>
    </w:p>
    <w:p>
      <w:pPr>
        <w:bidi/>
        <w:spacing w:after="40"/>
        <w:jc w:val="right"/>
      </w:pPr>
      <w:r>
        <w:rPr>
          <w:rFonts w:ascii="Arial" w:hAnsi="Arial" w:cs="Arial" w:eastAsia="Arial"/>
          <w:lang w:val="he-IL" w:bidi="he-IL"/>
          <w:sz w:val="22"/>
          <w:rtl/>
          <w:szCs w:val="22"/>
        </w:rPr>
        <w:t>4. אותם</w:t>
      </w:r>
    </w:p>
    <w:p>
      <w:pPr>
        <w:bidi/>
        <w:spacing w:after="40"/>
        <w:jc w:val="right"/>
      </w:pPr>
      <w:r>
        <w:rPr>
          <w:rFonts w:ascii="Arial" w:hAnsi="Arial" w:cs="Arial" w:eastAsia="Arial"/>
          <w:lang w:val="he-IL" w:bidi="he-IL"/>
          <w:sz w:val="22"/>
          <w:rtl/>
          <w:szCs w:val="22"/>
        </w:rPr>
        <w:t>5. בגן</w:t>
      </w:r>
    </w:p>
    <w:p>
      <w:pPr>
        <w:bidi/>
        <w:pStyle w:val="Heading3"/>
        <w:spacing w:after="80"/>
        <w:jc w:val="right"/>
      </w:pPr>
      <w:r>
        <w:rPr>
          <w:rFonts w:ascii="Arial" w:hAnsi="Arial" w:cs="Arial" w:eastAsia="Arial"/>
          <w:lang w:val="he-IL" w:bidi="he-IL"/>
          <w:b/>
          <w:color w:val="D53F8C"/>
          <w:sz w:val="26"/>
          <w:rtl/>
          <w:szCs w:val="26"/>
          <w:bCs/>
        </w:rPr>
        <w:t>חלק י״ב – פרק 4 · מילת קישור – חשיבה</w:t>
      </w:r>
    </w:p>
    <w:p>
      <w:pPr>
        <w:bidi/>
        <w:spacing w:after="40"/>
        <w:jc w:val="right"/>
      </w:pPr>
      <w:r>
        <w:rPr>
          <w:rFonts w:ascii="Arial" w:hAnsi="Arial" w:cs="Arial" w:eastAsia="Arial"/>
          <w:lang w:val="he-IL" w:bidi="he-IL"/>
          <w:sz w:val="22"/>
          <w:rtl/>
          <w:szCs w:val="22"/>
        </w:rPr>
        <w:t>1. תשובה חופשית – לבדוק שהקשר הלוגי מתאים למילת הקישור</w:t>
      </w:r>
    </w:p>
    <w:p>
      <w:pPr>
        <w:bidi/>
        <w:spacing w:after="40"/>
        <w:jc w:val="right"/>
      </w:pPr>
      <w:r>
        <w:rPr>
          <w:rFonts w:ascii="Arial" w:hAnsi="Arial" w:cs="Arial" w:eastAsia="Arial"/>
          <w:lang w:val="he-IL" w:bidi="he-IL"/>
          <w:sz w:val="22"/>
          <w:rtl/>
          <w:szCs w:val="22"/>
        </w:rPr>
        <w:t>2. מילת יחס מבטאת יחס בין מילים, כמו מקום או שייכות; מילת קישור מחברת בין משפטים או חלקי משפט ומבטאת קשר לוגי</w:t>
      </w:r>
    </w:p>
    <w:p>
      <w:pPr>
        <w:bidi/>
        <w:pStyle w:val="Heading3"/>
        <w:spacing w:after="80"/>
        <w:jc w:val="right"/>
      </w:pPr>
      <w:r>
        <w:rPr>
          <w:rFonts w:ascii="Arial" w:hAnsi="Arial" w:cs="Arial" w:eastAsia="Arial"/>
          <w:lang w:val="he-IL" w:bidi="he-IL"/>
          <w:b/>
          <w:color w:val="E53E3E"/>
          <w:sz w:val="26"/>
          <w:rtl/>
          <w:szCs w:val="26"/>
          <w:bCs/>
        </w:rPr>
        <w:t>חלק י״ג – פרק 5 · זיהוי חלק הדיבר בתוך משפט</w:t>
      </w:r>
    </w:p>
    <w:p>
      <w:pPr>
        <w:bidi/>
        <w:spacing w:after="40"/>
        <w:jc w:val="right"/>
      </w:pPr>
      <w:r>
        <w:rPr>
          <w:rFonts w:ascii="Arial" w:hAnsi="Arial" w:cs="Arial" w:eastAsia="Arial"/>
          <w:lang w:val="he-IL" w:bidi="he-IL"/>
          <w:sz w:val="22"/>
          <w:rtl/>
          <w:szCs w:val="22"/>
        </w:rPr>
        <w:t>1. ב – שם תואר</w:t>
      </w:r>
    </w:p>
    <w:p>
      <w:pPr>
        <w:bidi/>
        <w:spacing w:after="40"/>
        <w:jc w:val="right"/>
      </w:pPr>
      <w:r>
        <w:rPr>
          <w:rFonts w:ascii="Arial" w:hAnsi="Arial" w:cs="Arial" w:eastAsia="Arial"/>
          <w:lang w:val="he-IL" w:bidi="he-IL"/>
          <w:sz w:val="22"/>
          <w:rtl/>
          <w:szCs w:val="22"/>
        </w:rPr>
        <w:t>2. ג – תואר הפועל</w:t>
      </w:r>
    </w:p>
    <w:p>
      <w:pPr>
        <w:bidi/>
        <w:spacing w:after="40"/>
        <w:jc w:val="right"/>
      </w:pPr>
      <w:r>
        <w:rPr>
          <w:rFonts w:ascii="Arial" w:hAnsi="Arial" w:cs="Arial" w:eastAsia="Arial"/>
          <w:lang w:val="he-IL" w:bidi="he-IL"/>
          <w:sz w:val="22"/>
          <w:rtl/>
          <w:szCs w:val="22"/>
        </w:rPr>
        <w:t>3. ב – מילת יחס</w:t>
      </w:r>
    </w:p>
    <w:p>
      <w:pPr>
        <w:bidi/>
        <w:spacing w:after="40"/>
        <w:jc w:val="right"/>
      </w:pPr>
      <w:r>
        <w:rPr>
          <w:rFonts w:ascii="Arial" w:hAnsi="Arial" w:cs="Arial" w:eastAsia="Arial"/>
          <w:lang w:val="he-IL" w:bidi="he-IL"/>
          <w:sz w:val="22"/>
          <w:rtl/>
          <w:szCs w:val="22"/>
        </w:rPr>
        <w:t>4. ב – כינוי גוף</w:t>
      </w:r>
    </w:p>
    <w:p>
      <w:pPr>
        <w:bidi/>
        <w:spacing w:after="40"/>
        <w:jc w:val="right"/>
      </w:pPr>
      <w:r>
        <w:rPr>
          <w:rFonts w:ascii="Arial" w:hAnsi="Arial" w:cs="Arial" w:eastAsia="Arial"/>
          <w:lang w:val="he-IL" w:bidi="he-IL"/>
          <w:sz w:val="22"/>
          <w:rtl/>
          <w:szCs w:val="22"/>
        </w:rPr>
        <w:t>5. ב – מילת קישור</w:t>
      </w:r>
    </w:p>
    <w:p>
      <w:pPr>
        <w:bidi/>
        <w:pStyle w:val="Heading3"/>
        <w:spacing w:after="80"/>
        <w:jc w:val="right"/>
      </w:pPr>
      <w:r>
        <w:rPr>
          <w:rFonts w:ascii="Arial" w:hAnsi="Arial" w:cs="Arial" w:eastAsia="Arial"/>
          <w:lang w:val="he-IL" w:bidi="he-IL"/>
          <w:b/>
          <w:color w:val="DD6B20"/>
          <w:sz w:val="26"/>
          <w:rtl/>
          <w:szCs w:val="26"/>
          <w:bCs/>
        </w:rPr>
        <w:t>חלק י״ד – פרק 5 · התאמה במין ובמספר</w:t>
      </w:r>
    </w:p>
    <w:p>
      <w:pPr>
        <w:bidi/>
        <w:spacing w:after="40"/>
        <w:jc w:val="right"/>
      </w:pPr>
      <w:r>
        <w:rPr>
          <w:rFonts w:ascii="Arial" w:hAnsi="Arial" w:cs="Arial" w:eastAsia="Arial"/>
          <w:lang w:val="he-IL" w:bidi="he-IL"/>
          <w:sz w:val="22"/>
          <w:rtl/>
          <w:szCs w:val="22"/>
        </w:rPr>
        <w:t>1 – ב (חכמות)</w:t>
      </w:r>
    </w:p>
    <w:p>
      <w:pPr>
        <w:bidi/>
        <w:spacing w:after="40"/>
        <w:jc w:val="right"/>
      </w:pPr>
      <w:r>
        <w:rPr>
          <w:rFonts w:ascii="Arial" w:hAnsi="Arial" w:cs="Arial" w:eastAsia="Arial"/>
          <w:lang w:val="he-IL" w:bidi="he-IL"/>
          <w:sz w:val="22"/>
          <w:rtl/>
          <w:szCs w:val="22"/>
        </w:rPr>
        <w:t>2 – ד (מעניין)</w:t>
      </w:r>
    </w:p>
    <w:p>
      <w:pPr>
        <w:bidi/>
        <w:spacing w:after="40"/>
        <w:jc w:val="right"/>
      </w:pPr>
      <w:r>
        <w:rPr>
          <w:rFonts w:ascii="Arial" w:hAnsi="Arial" w:cs="Arial" w:eastAsia="Arial"/>
          <w:lang w:val="he-IL" w:bidi="he-IL"/>
          <w:sz w:val="22"/>
          <w:rtl/>
          <w:szCs w:val="22"/>
        </w:rPr>
        <w:t>3 – ה (חדשות)</w:t>
      </w:r>
    </w:p>
    <w:p>
      <w:pPr>
        <w:bidi/>
        <w:spacing w:after="40"/>
        <w:jc w:val="right"/>
      </w:pPr>
      <w:r>
        <w:rPr>
          <w:rFonts w:ascii="Arial" w:hAnsi="Arial" w:cs="Arial" w:eastAsia="Arial"/>
          <w:lang w:val="he-IL" w:bidi="he-IL"/>
          <w:sz w:val="22"/>
          <w:rtl/>
          <w:szCs w:val="22"/>
        </w:rPr>
        <w:t>4 – ג (גבוה)</w:t>
      </w:r>
    </w:p>
    <w:p>
      <w:pPr>
        <w:bidi/>
        <w:spacing w:after="40"/>
        <w:jc w:val="right"/>
      </w:pPr>
      <w:r>
        <w:rPr>
          <w:rFonts w:ascii="Arial" w:hAnsi="Arial" w:cs="Arial" w:eastAsia="Arial"/>
          <w:lang w:val="he-IL" w:bidi="he-IL"/>
          <w:sz w:val="22"/>
          <w:rtl/>
          <w:szCs w:val="22"/>
        </w:rPr>
        <w:t>5 – א (מצטיינים)</w:t>
      </w:r>
    </w:p>
    <w:p>
      <w:pPr>
        <w:bidi/>
        <w:pStyle w:val="Heading3"/>
        <w:spacing w:after="80"/>
        <w:jc w:val="right"/>
      </w:pPr>
      <w:r>
        <w:rPr>
          <w:rFonts w:ascii="Arial" w:hAnsi="Arial" w:cs="Arial" w:eastAsia="Arial"/>
          <w:lang w:val="he-IL" w:bidi="he-IL"/>
          <w:b/>
          <w:color w:val="3182CE"/>
          <w:sz w:val="26"/>
          <w:rtl/>
          <w:szCs w:val="26"/>
          <w:bCs/>
        </w:rPr>
        <w:t>חלק ט״ו – פרק 5 · סידור משפט מלא</w:t>
      </w:r>
    </w:p>
    <w:p>
      <w:pPr>
        <w:bidi/>
        <w:spacing w:after="40"/>
        <w:jc w:val="right"/>
      </w:pPr>
      <w:r>
        <w:rPr>
          <w:rFonts w:ascii="Arial" w:hAnsi="Arial" w:cs="Arial" w:eastAsia="Arial"/>
          <w:lang w:val="he-IL" w:bidi="he-IL"/>
          <w:sz w:val="22"/>
          <w:rtl/>
          <w:szCs w:val="22"/>
        </w:rPr>
        <w:t>1. סדרו למשפט תקין: היפה / בגן / הפרח / גדל</w:t>
      </w:r>
    </w:p>
    <w:p>
      <w:pPr>
        <w:bidi/>
        <w:spacing w:after="40"/>
        <w:jc w:val="right"/>
      </w:pPr>
      <w:r>
        <w:rPr>
          <w:rFonts w:ascii="Arial" w:hAnsi="Arial" w:cs="Arial" w:eastAsia="Arial"/>
          <w:lang w:val="he-IL" w:bidi="he-IL"/>
          <w:sz w:val="22"/>
          <w:rtl/>
          <w:szCs w:val="22"/>
        </w:rPr>
        <w:t>2. סדרו למשפט תקין: כי / בבית / נשארנו / ירד / גשם</w:t>
      </w:r>
    </w:p>
    <w:p>
      <w:pPr>
        <w:bidi/>
        <w:spacing w:after="40"/>
        <w:jc w:val="right"/>
      </w:pPr>
      <w:r>
        <w:rPr>
          <w:rFonts w:ascii="Arial" w:hAnsi="Arial" w:cs="Arial" w:eastAsia="Arial"/>
          <w:lang w:val="he-IL" w:bidi="he-IL"/>
          <w:sz w:val="22"/>
          <w:rtl/>
          <w:szCs w:val="22"/>
        </w:rPr>
        <w:t>3. סדרו למשפט תקין: שלי / עם / הלכתי / החברה / לקולנוע</w:t>
      </w:r>
    </w:p>
    <w:p>
      <w:pPr>
        <w:bidi/>
        <w:spacing w:after="40"/>
        <w:jc w:val="right"/>
      </w:pPr>
      <w:r>
        <w:rPr>
          <w:rFonts w:ascii="Arial" w:hAnsi="Arial" w:cs="Arial" w:eastAsia="Arial"/>
          <w:lang w:val="he-IL" w:bidi="he-IL"/>
          <w:sz w:val="22"/>
          <w:rtl/>
          <w:szCs w:val="22"/>
        </w:rPr>
        <w:t>4. סדרו למשפט תקין: מתי / תגיעו / הביתה / מחר</w:t>
      </w:r>
    </w:p>
    <w:p>
      <w:pPr>
        <w:bidi/>
        <w:pStyle w:val="Heading3"/>
        <w:spacing w:after="80"/>
        <w:jc w:val="right"/>
      </w:pPr>
      <w:r>
        <w:rPr>
          <w:rFonts w:ascii="Arial" w:hAnsi="Arial" w:cs="Arial" w:eastAsia="Arial"/>
          <w:lang w:val="he-IL" w:bidi="he-IL"/>
          <w:b/>
          <w:color w:val="38A169"/>
          <w:sz w:val="26"/>
          <w:rtl/>
          <w:szCs w:val="26"/>
          <w:bCs/>
        </w:rPr>
        <w:t>חלק ט״ז – חזרה מסכמת – זיהוי חלקי דיבר</w:t>
      </w:r>
    </w:p>
    <w:p>
      <w:pPr>
        <w:bidi/>
        <w:spacing w:after="40"/>
        <w:jc w:val="right"/>
      </w:pPr>
      <w:r>
        <w:rPr>
          <w:rFonts w:ascii="Arial" w:hAnsi="Arial" w:cs="Arial" w:eastAsia="Arial"/>
          <w:lang w:val="he-IL" w:bidi="he-IL"/>
          <w:sz w:val="22"/>
          <w:rtl/>
          <w:szCs w:val="22"/>
        </w:rPr>
        <w:t>1. ב – שולחן</w:t>
      </w:r>
    </w:p>
    <w:p>
      <w:pPr>
        <w:bidi/>
        <w:spacing w:after="40"/>
        <w:jc w:val="right"/>
      </w:pPr>
      <w:r>
        <w:rPr>
          <w:rFonts w:ascii="Arial" w:hAnsi="Arial" w:cs="Arial" w:eastAsia="Arial"/>
          <w:lang w:val="he-IL" w:bidi="he-IL"/>
          <w:sz w:val="22"/>
          <w:rtl/>
          <w:szCs w:val="22"/>
        </w:rPr>
        <w:t>2. ג – אכתוב</w:t>
      </w:r>
    </w:p>
    <w:p>
      <w:pPr>
        <w:bidi/>
        <w:spacing w:after="40"/>
        <w:jc w:val="right"/>
      </w:pPr>
      <w:r>
        <w:rPr>
          <w:rFonts w:ascii="Arial" w:hAnsi="Arial" w:cs="Arial" w:eastAsia="Arial"/>
          <w:lang w:val="he-IL" w:bidi="he-IL"/>
          <w:sz w:val="22"/>
          <w:rtl/>
          <w:szCs w:val="22"/>
        </w:rPr>
        <w:t>3. ב – מהר</w:t>
      </w:r>
    </w:p>
    <w:p>
      <w:pPr>
        <w:bidi/>
        <w:spacing w:after="40"/>
        <w:jc w:val="right"/>
      </w:pPr>
      <w:r>
        <w:rPr>
          <w:rFonts w:ascii="Arial" w:hAnsi="Arial" w:cs="Arial" w:eastAsia="Arial"/>
          <w:lang w:val="he-IL" w:bidi="he-IL"/>
          <w:sz w:val="22"/>
          <w:rtl/>
          <w:szCs w:val="22"/>
        </w:rPr>
        <w:t>4. ב – איתו</w:t>
      </w:r>
    </w:p>
    <w:p>
      <w:pPr>
        <w:bidi/>
        <w:spacing w:after="40"/>
        <w:jc w:val="right"/>
      </w:pPr>
      <w:r>
        <w:rPr>
          <w:rFonts w:ascii="Arial" w:hAnsi="Arial" w:cs="Arial" w:eastAsia="Arial"/>
          <w:lang w:val="he-IL" w:bidi="he-IL"/>
          <w:sz w:val="22"/>
          <w:rtl/>
          <w:szCs w:val="22"/>
        </w:rPr>
        <w:t>5. א – אם</w:t>
      </w:r>
    </w:p>
    <w:p>
      <w:pPr>
        <w:bidi/>
        <w:spacing w:after="40"/>
        <w:jc w:val="right"/>
      </w:pPr>
      <w:r>
        <w:rPr>
          <w:rFonts w:ascii="Arial" w:hAnsi="Arial" w:cs="Arial" w:eastAsia="Arial"/>
          <w:lang w:val="he-IL" w:bidi="he-IL"/>
          <w:sz w:val="22"/>
          <w:rtl/>
          <w:szCs w:val="22"/>
        </w:rPr>
        <w:t>6. א – ראשון</w:t>
      </w:r>
    </w:p>
    <w:p>
      <w:pPr>
        <w:bidi/>
        <w:pStyle w:val="Heading3"/>
        <w:spacing w:after="80"/>
        <w:jc w:val="right"/>
      </w:pPr>
      <w:r>
        <w:rPr>
          <w:rFonts w:ascii="Arial" w:hAnsi="Arial" w:cs="Arial" w:eastAsia="Arial"/>
          <w:lang w:val="he-IL" w:bidi="he-IL"/>
          <w:b/>
          <w:color w:val="805AD5"/>
          <w:sz w:val="26"/>
          <w:rtl/>
          <w:szCs w:val="26"/>
          <w:bCs/>
        </w:rPr>
        <w:t>חלק י״ז – חזרה מסכמת – כתיבה משולבת</w:t>
      </w:r>
    </w:p>
    <w:p>
      <w:pPr>
        <w:bidi/>
        <w:spacing w:after="40"/>
        <w:jc w:val="right"/>
      </w:pPr>
      <w:r>
        <w:rPr>
          <w:rFonts w:ascii="Arial" w:hAnsi="Arial" w:cs="Arial" w:eastAsia="Arial"/>
          <w:lang w:val="he-IL" w:bidi="he-IL"/>
          <w:sz w:val="22"/>
          <w:rtl/>
          <w:szCs w:val="22"/>
        </w:rPr>
        <w:t>1. תשובה חופשית – לבדוק שימוש נכון בכל חלקי הדיבר שהתבקשו</w:t>
      </w:r>
    </w:p>
    <w:p>
      <w:pPr>
        <w:bidi/>
        <w:spacing w:after="40"/>
        <w:jc w:val="right"/>
      </w:pPr>
      <w:r>
        <w:rPr>
          <w:rFonts w:ascii="Arial" w:hAnsi="Arial" w:cs="Arial" w:eastAsia="Arial"/>
          <w:lang w:val="he-IL" w:bidi="he-IL"/>
          <w:sz w:val="22"/>
          <w:rtl/>
          <w:szCs w:val="22"/>
        </w:rPr>
        <w:t>2. תשובה חופשית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לבדוק שהתלמיד/ה מצביע/ה נכון על שם עצם, שם תואר ופועל ומסביר/ה את השאלה המנחה לכל אחד</w:t>
      </w:r>
    </w:p>
    <w:p>
      <w:pPr>
        <w:bidi/>
        <w:spacing w:after="80"/>
        <w:jc w:val="right"/>
      </w:pPr>
      <w:r>
        <w:rPr>
          <w:rFonts w:ascii="Arial" w:hAnsi="Arial" w:cs="Arial" w:eastAsia="Arial"/>
          <w:lang w:val="he-IL" w:bidi="he-IL"/>
          <w:sz w:val="22"/>
          <w:rtl/>
          <w:szCs w:val="22"/>
        </w:rPr>
        <w:t>• לבדוק שההטיה כוללת התאמה נכונה במין (זכר/נקבה) ובמספר (יחיד/רבים)</w:t>
      </w:r>
    </w:p>
    <w:p>
      <w:pPr>
        <w:bidi/>
        <w:spacing w:after="80"/>
        <w:jc w:val="right"/>
      </w:pPr>
      <w:r>
        <w:rPr>
          <w:rFonts w:ascii="Arial" w:hAnsi="Arial" w:cs="Arial" w:eastAsia="Arial"/>
          <w:lang w:val="he-IL" w:bidi="he-IL"/>
          <w:sz w:val="22"/>
          <w:rtl/>
          <w:szCs w:val="22"/>
        </w:rPr>
        <w:t>• לבדוק שהדוגמה למילת יחס מבטאת יחס בין מילים ושהדוגמה למילת קישור מבטאת קשר לוגי בין משפטים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לפי שלבי המסע באתר: שיעור אחד לפרקים 1-2 (יסודות), שיעור שני לפרקים 3-4 (מתקדמים), ושיעור שלישי לפרק 5 וחזרה מסכמת (בונוס)</w:t>
      </w:r>
    </w:p>
    <w:p>
      <w:pPr>
        <w:bidi/>
        <w:spacing w:after="80"/>
        <w:jc w:val="right"/>
      </w:pPr>
      <w:r>
        <w:rPr>
          <w:rFonts w:ascii="Arial" w:hAnsi="Arial" w:cs="Arial" w:eastAsia="Arial"/>
          <w:lang w:val="he-IL" w:bidi="he-IL"/>
          <w:sz w:val="22"/>
          <w:rtl/>
          <w:szCs w:val="22"/>
        </w:rPr>
        <w:t>• לתלמידים/ות המתקשים אפשר לדלג על הפריטים המסומנים כקשים ולהתמקד בתרגילי הזיהוי הבסיסיים בלבד</w:t>
      </w:r>
    </w:p>
    <w:p>
      <w:pPr>
        <w:bidi/>
        <w:spacing w:after="80"/>
        <w:jc w:val="right"/>
      </w:pPr>
      <w:r>
        <w:rPr>
          <w:rFonts w:ascii="Arial" w:hAnsi="Arial" w:cs="Arial" w:eastAsia="Arial"/>
          <w:lang w:val="he-IL" w:bidi="he-IL"/>
          <w:sz w:val="22"/>
          <w:rtl/>
          <w:szCs w:val="22"/>
        </w:rPr>
        <w:t>• לתלמידים/ות המתקדמים כדאי להוסיף אתגר: לבקש לכתוב משפטים הכוללים את כל תשעת חלקי הדיבר יחד</w:t>
      </w:r>
    </w:p>
    <w:p>
      <w:pPr>
        <w:bidi/>
        <w:spacing w:after="80"/>
        <w:jc w:val="right"/>
      </w:pPr>
      <w:r>
        <w:rPr>
          <w:rFonts w:ascii="Arial" w:hAnsi="Arial" w:cs="Arial" w:eastAsia="Arial"/>
          <w:lang w:val="he-IL" w:bidi="he-IL"/>
          <w:sz w:val="22"/>
          <w:rtl/>
          <w:szCs w:val="22"/>
        </w:rPr>
        <w:t>• מומלץ לעבור על התרגילים הפתוחים (short/open) יחד בכיתה כדי לבדוק מגוון תשובות אפשריות ולחזק את ההבנה המשותפת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מסע חלקי הדיבר</w:t>
            </w:r>
          </w:p>
          <w:p>
            <w:pPr>
              <w:bidi/>
              <w:jc w:val="right"/>
            </w:pPr>
            <w:r>
              <w:rPr>
                <w:rFonts w:ascii="Arial" w:hAnsi="Arial" w:cs="Arial" w:eastAsia="Arial"/>
                <w:lang w:val="he-IL" w:bidi="he-IL"/>
                <w:b/>
                <w:color w:val="3C1361"/>
                <w:sz w:val="32"/>
                <w:rtl/>
                <w:szCs w:val="32"/>
                <w:bCs/>
              </w:rPr>
              <w:t>חוברת תרגול – מסע חלקי הדיבר</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החוברת בנויה כמו המסע באתר – מיסודות, דרך מתקדמים, ועד בונוס של זיהוי במשפט. עברו על הפרקים לפי הסדר, פתרו תחילה את התרגילים הקלים ורק אחר כך את המסומנים כקשים יותר. בסוף החוברת יש חזרה מסכמת שמשלבת את כל הנושאים.</w:t>
      </w:r>
    </w:p>
    <w:p>
      <w:pPr>
        <w:bidi/>
        <w:pStyle w:val="Heading2"/>
        <w:spacing w:after="80"/>
        <w:jc w:val="right"/>
      </w:pPr>
      <w:r>
        <w:rPr>
          <w:rFonts w:ascii="Arial" w:hAnsi="Arial" w:cs="Arial" w:eastAsia="Arial"/>
          <w:lang w:val="he-IL" w:bidi="he-IL"/>
          <w:b/>
          <w:color w:val="E53E3E"/>
          <w:sz w:val="28"/>
          <w:rtl/>
          <w:szCs w:val="28"/>
          <w:bCs/>
        </w:rPr>
        <w:t>1  חלק א׳ – פרק 1 · שם עצם – זיהוי בסיסי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מהמילים הבאות היא שם עצם?</w:t>
      </w:r>
    </w:p>
    <w:p>
      <w:pPr>
        <w:bidi/>
        <w:spacing w:after="20"/>
        <w:jc w:val="right"/>
      </w:pPr>
      <w:r>
        <w:rPr>
          <w:rFonts w:ascii="Arial" w:hAnsi="Arial" w:cs="Arial" w:eastAsia="Arial"/>
          <w:lang w:val="he-IL" w:bidi="he-IL"/>
          <w:sz w:val="24"/>
          <w:rtl/>
          <w:szCs w:val="24"/>
        </w:rPr>
        <w:t xml:space="preserve">      ☐ א. רץ</w:t>
      </w:r>
    </w:p>
    <w:p>
      <w:pPr>
        <w:bidi/>
        <w:spacing w:after="20"/>
        <w:jc w:val="right"/>
      </w:pPr>
      <w:r>
        <w:rPr>
          <w:rFonts w:ascii="Arial" w:hAnsi="Arial" w:cs="Arial" w:eastAsia="Arial"/>
          <w:lang w:val="he-IL" w:bidi="he-IL"/>
          <w:sz w:val="24"/>
          <w:rtl/>
          <w:szCs w:val="24"/>
        </w:rPr>
        <w:t xml:space="preserve">      ☐ ב. יפה</w:t>
      </w:r>
    </w:p>
    <w:p>
      <w:pPr>
        <w:bidi/>
        <w:spacing w:after="20"/>
        <w:jc w:val="right"/>
      </w:pPr>
      <w:r>
        <w:rPr>
          <w:rFonts w:ascii="Arial" w:hAnsi="Arial" w:cs="Arial" w:eastAsia="Arial"/>
          <w:lang w:val="he-IL" w:bidi="he-IL"/>
          <w:sz w:val="24"/>
          <w:rtl/>
          <w:szCs w:val="24"/>
        </w:rPr>
        <w:t xml:space="preserve">      ☐ ג. ילד</w:t>
      </w:r>
    </w:p>
    <w:p>
      <w:pPr>
        <w:bidi/>
        <w:spacing w:after="20"/>
        <w:jc w:val="right"/>
      </w:pPr>
      <w:r>
        <w:rPr>
          <w:rFonts w:ascii="Arial" w:hAnsi="Arial" w:cs="Arial" w:eastAsia="Arial"/>
          <w:lang w:val="he-IL" w:bidi="he-IL"/>
          <w:sz w:val="24"/>
          <w:rtl/>
          <w:szCs w:val="24"/>
        </w:rPr>
        <w:t xml:space="preserve">      ☐ ד. מהר</w:t>
      </w:r>
    </w:p>
    <w:p>
      <w:pPr>
        <w:bidi/>
        <w:spacing w:after="20"/>
        <w:jc w:val="right"/>
      </w:pPr>
      <w:r>
        <w:rPr>
          <w:rFonts w:ascii="Arial" w:hAnsi="Arial" w:cs="Arial" w:eastAsia="Arial"/>
          <w:lang w:val="he-IL" w:bidi="he-IL"/>
          <w:b/>
          <w:sz w:val="24"/>
          <w:rtl/>
          <w:szCs w:val="24"/>
          <w:bCs/>
        </w:rPr>
        <w:t>2. שם עצם עונה בעיקר על השאלה:</w:t>
      </w:r>
    </w:p>
    <w:p>
      <w:pPr>
        <w:bidi/>
        <w:spacing w:after="20"/>
        <w:jc w:val="right"/>
      </w:pPr>
      <w:r>
        <w:rPr>
          <w:rFonts w:ascii="Arial" w:hAnsi="Arial" w:cs="Arial" w:eastAsia="Arial"/>
          <w:lang w:val="he-IL" w:bidi="he-IL"/>
          <w:sz w:val="24"/>
          <w:rtl/>
          <w:szCs w:val="24"/>
        </w:rPr>
        <w:t xml:space="preserve">      ☐ א. איך?</w:t>
      </w:r>
    </w:p>
    <w:p>
      <w:pPr>
        <w:bidi/>
        <w:spacing w:after="20"/>
        <w:jc w:val="right"/>
      </w:pPr>
      <w:r>
        <w:rPr>
          <w:rFonts w:ascii="Arial" w:hAnsi="Arial" w:cs="Arial" w:eastAsia="Arial"/>
          <w:lang w:val="he-IL" w:bidi="he-IL"/>
          <w:sz w:val="24"/>
          <w:rtl/>
          <w:szCs w:val="24"/>
        </w:rPr>
        <w:t xml:space="preserve">      ☐ ב. מי? מה?</w:t>
      </w:r>
    </w:p>
    <w:p>
      <w:pPr>
        <w:bidi/>
        <w:spacing w:after="20"/>
        <w:jc w:val="right"/>
      </w:pPr>
      <w:r>
        <w:rPr>
          <w:rFonts w:ascii="Arial" w:hAnsi="Arial" w:cs="Arial" w:eastAsia="Arial"/>
          <w:lang w:val="he-IL" w:bidi="he-IL"/>
          <w:sz w:val="24"/>
          <w:rtl/>
          <w:szCs w:val="24"/>
        </w:rPr>
        <w:t xml:space="preserve">      ☐ ג. מתי?</w:t>
      </w:r>
    </w:p>
    <w:p>
      <w:pPr>
        <w:bidi/>
        <w:spacing w:after="20"/>
        <w:jc w:val="right"/>
      </w:pPr>
      <w:r>
        <w:rPr>
          <w:rFonts w:ascii="Arial" w:hAnsi="Arial" w:cs="Arial" w:eastAsia="Arial"/>
          <w:lang w:val="he-IL" w:bidi="he-IL"/>
          <w:sz w:val="24"/>
          <w:rtl/>
          <w:szCs w:val="24"/>
        </w:rPr>
        <w:t xml:space="preserve">      ☐ ד. איזה?</w:t>
      </w:r>
    </w:p>
    <w:p>
      <w:pPr>
        <w:bidi/>
        <w:spacing w:after="20"/>
        <w:jc w:val="right"/>
      </w:pPr>
      <w:r>
        <w:rPr>
          <w:rFonts w:ascii="Arial" w:hAnsi="Arial" w:cs="Arial" w:eastAsia="Arial"/>
          <w:lang w:val="he-IL" w:bidi="he-IL"/>
          <w:b/>
          <w:sz w:val="24"/>
          <w:rtl/>
          <w:szCs w:val="24"/>
          <w:bCs/>
        </w:rPr>
        <w:t>3. איזו מהמילים היא שם עצם מופשט (אי אפשר לגעת בו)?</w:t>
      </w:r>
    </w:p>
    <w:p>
      <w:pPr>
        <w:bidi/>
        <w:spacing w:after="20"/>
        <w:jc w:val="right"/>
      </w:pPr>
      <w:r>
        <w:rPr>
          <w:rFonts w:ascii="Arial" w:hAnsi="Arial" w:cs="Arial" w:eastAsia="Arial"/>
          <w:lang w:val="he-IL" w:bidi="he-IL"/>
          <w:sz w:val="24"/>
          <w:rtl/>
          <w:szCs w:val="24"/>
        </w:rPr>
        <w:t xml:space="preserve">      ☐ א. שולחן</w:t>
      </w:r>
    </w:p>
    <w:p>
      <w:pPr>
        <w:bidi/>
        <w:spacing w:after="20"/>
        <w:jc w:val="right"/>
      </w:pPr>
      <w:r>
        <w:rPr>
          <w:rFonts w:ascii="Arial" w:hAnsi="Arial" w:cs="Arial" w:eastAsia="Arial"/>
          <w:lang w:val="he-IL" w:bidi="he-IL"/>
          <w:sz w:val="24"/>
          <w:rtl/>
          <w:szCs w:val="24"/>
        </w:rPr>
        <w:t xml:space="preserve">      ☐ ב. תקווה</w:t>
      </w:r>
    </w:p>
    <w:p>
      <w:pPr>
        <w:bidi/>
        <w:spacing w:after="20"/>
        <w:jc w:val="right"/>
      </w:pPr>
      <w:r>
        <w:rPr>
          <w:rFonts w:ascii="Arial" w:hAnsi="Arial" w:cs="Arial" w:eastAsia="Arial"/>
          <w:lang w:val="he-IL" w:bidi="he-IL"/>
          <w:sz w:val="24"/>
          <w:rtl/>
          <w:szCs w:val="24"/>
        </w:rPr>
        <w:t xml:space="preserve">      ☐ ג. כיסא</w:t>
      </w:r>
    </w:p>
    <w:p>
      <w:pPr>
        <w:bidi/>
        <w:spacing w:after="20"/>
        <w:jc w:val="right"/>
      </w:pPr>
      <w:r>
        <w:rPr>
          <w:rFonts w:ascii="Arial" w:hAnsi="Arial" w:cs="Arial" w:eastAsia="Arial"/>
          <w:lang w:val="he-IL" w:bidi="he-IL"/>
          <w:sz w:val="24"/>
          <w:rtl/>
          <w:szCs w:val="24"/>
        </w:rPr>
        <w:t xml:space="preserve">      ☐ ד. ספר</w:t>
      </w:r>
    </w:p>
    <w:p>
      <w:pPr>
        <w:bidi/>
        <w:spacing w:after="20"/>
        <w:jc w:val="right"/>
      </w:pPr>
      <w:r>
        <w:rPr>
          <w:rFonts w:ascii="Arial" w:hAnsi="Arial" w:cs="Arial" w:eastAsia="Arial"/>
          <w:lang w:val="he-IL" w:bidi="he-IL"/>
          <w:b/>
          <w:sz w:val="24"/>
          <w:rtl/>
          <w:szCs w:val="24"/>
          <w:bCs/>
        </w:rPr>
        <w:t>4. איזו מהמילים היא שם עצם פרטי?</w:t>
      </w:r>
    </w:p>
    <w:p>
      <w:pPr>
        <w:bidi/>
        <w:spacing w:after="20"/>
        <w:jc w:val="right"/>
      </w:pPr>
      <w:r>
        <w:rPr>
          <w:rFonts w:ascii="Arial" w:hAnsi="Arial" w:cs="Arial" w:eastAsia="Arial"/>
          <w:lang w:val="he-IL" w:bidi="he-IL"/>
          <w:sz w:val="24"/>
          <w:rtl/>
          <w:szCs w:val="24"/>
        </w:rPr>
        <w:t xml:space="preserve">      ☐ א. עיר</w:t>
      </w:r>
    </w:p>
    <w:p>
      <w:pPr>
        <w:bidi/>
        <w:spacing w:after="20"/>
        <w:jc w:val="right"/>
      </w:pPr>
      <w:r>
        <w:rPr>
          <w:rFonts w:ascii="Arial" w:hAnsi="Arial" w:cs="Arial" w:eastAsia="Arial"/>
          <w:lang w:val="he-IL" w:bidi="he-IL"/>
          <w:sz w:val="24"/>
          <w:rtl/>
          <w:szCs w:val="24"/>
        </w:rPr>
        <w:t xml:space="preserve">      ☐ ב. ירושלים</w:t>
      </w:r>
    </w:p>
    <w:p>
      <w:pPr>
        <w:bidi/>
        <w:spacing w:after="20"/>
        <w:jc w:val="right"/>
      </w:pPr>
      <w:r>
        <w:rPr>
          <w:rFonts w:ascii="Arial" w:hAnsi="Arial" w:cs="Arial" w:eastAsia="Arial"/>
          <w:lang w:val="he-IL" w:bidi="he-IL"/>
          <w:sz w:val="24"/>
          <w:rtl/>
          <w:szCs w:val="24"/>
        </w:rPr>
        <w:t xml:space="preserve">      ☐ ג. מדינה</w:t>
      </w:r>
    </w:p>
    <w:p>
      <w:pPr>
        <w:bidi/>
        <w:spacing w:after="20"/>
        <w:jc w:val="right"/>
      </w:pPr>
      <w:r>
        <w:rPr>
          <w:rFonts w:ascii="Arial" w:hAnsi="Arial" w:cs="Arial" w:eastAsia="Arial"/>
          <w:lang w:val="he-IL" w:bidi="he-IL"/>
          <w:sz w:val="24"/>
          <w:rtl/>
          <w:szCs w:val="24"/>
        </w:rPr>
        <w:t xml:space="preserve">      ☐ ד. רחוב</w:t>
      </w:r>
    </w:p>
    <w:p>
      <w:pPr>
        <w:bidi/>
        <w:spacing w:after="20"/>
        <w:jc w:val="right"/>
      </w:pPr>
      <w:r>
        <w:rPr>
          <w:rFonts w:ascii="Arial" w:hAnsi="Arial" w:cs="Arial" w:eastAsia="Arial"/>
          <w:lang w:val="he-IL" w:bidi="he-IL"/>
          <w:b/>
          <w:sz w:val="24"/>
          <w:rtl/>
          <w:szCs w:val="24"/>
          <w:bCs/>
        </w:rPr>
        <w:t>5. לאיזו מהמילים אפשר להוסיף בקלות ה׳ הידיעה?</w:t>
      </w:r>
    </w:p>
    <w:p>
      <w:pPr>
        <w:bidi/>
        <w:spacing w:after="20"/>
        <w:jc w:val="right"/>
      </w:pPr>
      <w:r>
        <w:rPr>
          <w:rFonts w:ascii="Arial" w:hAnsi="Arial" w:cs="Arial" w:eastAsia="Arial"/>
          <w:lang w:val="he-IL" w:bidi="he-IL"/>
          <w:sz w:val="24"/>
          <w:rtl/>
          <w:szCs w:val="24"/>
        </w:rPr>
        <w:t xml:space="preserve">      ☐ א. שולחן</w:t>
      </w:r>
    </w:p>
    <w:p>
      <w:pPr>
        <w:bidi/>
        <w:spacing w:after="20"/>
        <w:jc w:val="right"/>
      </w:pPr>
      <w:r>
        <w:rPr>
          <w:rFonts w:ascii="Arial" w:hAnsi="Arial" w:cs="Arial" w:eastAsia="Arial"/>
          <w:lang w:val="he-IL" w:bidi="he-IL"/>
          <w:sz w:val="24"/>
          <w:rtl/>
          <w:szCs w:val="24"/>
        </w:rPr>
        <w:t xml:space="preserve">      ☐ ב. מהר</w:t>
      </w:r>
    </w:p>
    <w:p>
      <w:pPr>
        <w:bidi/>
        <w:spacing w:after="20"/>
        <w:jc w:val="right"/>
      </w:pPr>
      <w:r>
        <w:rPr>
          <w:rFonts w:ascii="Arial" w:hAnsi="Arial" w:cs="Arial" w:eastAsia="Arial"/>
          <w:lang w:val="he-IL" w:bidi="he-IL"/>
          <w:sz w:val="24"/>
          <w:rtl/>
          <w:szCs w:val="24"/>
        </w:rPr>
        <w:t xml:space="preserve">      ☐ ג. יפה</w:t>
      </w:r>
    </w:p>
    <w:p>
      <w:pPr>
        <w:bidi/>
        <w:spacing w:after="20"/>
        <w:jc w:val="right"/>
      </w:pPr>
      <w:r>
        <w:rPr>
          <w:rFonts w:ascii="Arial" w:hAnsi="Arial" w:cs="Arial" w:eastAsia="Arial"/>
          <w:lang w:val="he-IL" w:bidi="he-IL"/>
          <w:sz w:val="24"/>
          <w:rtl/>
          <w:szCs w:val="24"/>
        </w:rPr>
        <w:t xml:space="preserve">      ☐ ד. רצתי</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שם תואר – התאמה במין ובמספר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ספר __________ (מעניין / מעניינת)</w:t>
      </w:r>
    </w:p>
    <w:p>
      <w:pPr>
        <w:bidi/>
        <w:spacing w:after="80"/>
        <w:jc w:val="right"/>
      </w:pPr>
      <w:r>
        <w:rPr>
          <w:rFonts w:ascii="Arial" w:hAnsi="Arial" w:cs="Arial" w:eastAsia="Arial"/>
          <w:lang w:val="he-IL" w:bidi="he-IL"/>
          <w:sz w:val="24"/>
          <w:rtl/>
          <w:szCs w:val="24"/>
        </w:rPr>
        <w:t>2. מחברת __________ (חדש / חדשה)</w:t>
      </w:r>
    </w:p>
    <w:p>
      <w:pPr>
        <w:bidi/>
        <w:spacing w:after="80"/>
        <w:jc w:val="right"/>
      </w:pPr>
      <w:r>
        <w:rPr>
          <w:rFonts w:ascii="Arial" w:hAnsi="Arial" w:cs="Arial" w:eastAsia="Arial"/>
          <w:lang w:val="he-IL" w:bidi="he-IL"/>
          <w:sz w:val="24"/>
          <w:rtl/>
          <w:szCs w:val="24"/>
        </w:rPr>
        <w:t>3. ילדים __________ (חכם / חכמים)</w:t>
      </w:r>
    </w:p>
    <w:p>
      <w:pPr>
        <w:bidi/>
        <w:spacing w:after="80"/>
        <w:jc w:val="right"/>
      </w:pPr>
      <w:r>
        <w:rPr>
          <w:rFonts w:ascii="Arial" w:hAnsi="Arial" w:cs="Arial" w:eastAsia="Arial"/>
          <w:lang w:val="he-IL" w:bidi="he-IL"/>
          <w:sz w:val="24"/>
          <w:rtl/>
          <w:szCs w:val="24"/>
        </w:rPr>
        <w:t>4. שמלה __________ (אדום / אדומה)</w:t>
      </w:r>
    </w:p>
    <w:p>
      <w:pPr>
        <w:bidi/>
        <w:spacing w:after="80"/>
        <w:jc w:val="right"/>
      </w:pPr>
      <w:r>
        <w:rPr>
          <w:rFonts w:ascii="Arial" w:hAnsi="Arial" w:cs="Arial" w:eastAsia="Arial"/>
          <w:lang w:val="he-IL" w:bidi="he-IL"/>
          <w:sz w:val="24"/>
          <w:rtl/>
          <w:szCs w:val="24"/>
        </w:rPr>
        <w:t>5. תלמידות __________ (מצטיין / מצטיינות)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שם עצם ושם תואר – 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שלושה משפטים שבכל אחד מהם שם עצם אחד ושם תואר אחד המתאים לו במין ובמספר.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שם עצם מופשט (כמו אהבה, פחד, שמחה) וכתבו לידו שני שמות תואר מתאימים.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פועל – זמנים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הפועל 'כתבתי' הוא בזמן עבר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הפועל 'רצים' הוא בזמן עתיד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פועל יכול להשתנות לפי זמן ולפי גוף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הפועל 'נלמד' יכול להופיע גם בזמן עתיד (אנחנו נלמד)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כל מילה שמציינת פעולה היא בהכרח פועל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תואר הפועל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הוא כתב את השיעור __________ (טוב מאוד)</w:t>
      </w:r>
    </w:p>
    <w:p>
      <w:pPr>
        <w:bidi/>
        <w:spacing w:after="80"/>
        <w:jc w:val="right"/>
      </w:pPr>
      <w:r>
        <w:rPr>
          <w:rFonts w:ascii="Arial" w:hAnsi="Arial" w:cs="Arial" w:eastAsia="Arial"/>
          <w:lang w:val="he-IL" w:bidi="he-IL"/>
          <w:sz w:val="24"/>
          <w:rtl/>
          <w:szCs w:val="24"/>
        </w:rPr>
        <w:t>2. אנחנו מגיעים לבית הספר __________ (בכל יום, ללא יוצא מן הכלל)</w:t>
      </w:r>
    </w:p>
    <w:p>
      <w:pPr>
        <w:bidi/>
        <w:spacing w:after="80"/>
        <w:jc w:val="right"/>
      </w:pPr>
      <w:r>
        <w:rPr>
          <w:rFonts w:ascii="Arial" w:hAnsi="Arial" w:cs="Arial" w:eastAsia="Arial"/>
          <w:lang w:val="he-IL" w:bidi="he-IL"/>
          <w:sz w:val="24"/>
          <w:rtl/>
          <w:szCs w:val="24"/>
        </w:rPr>
        <w:t>3. הילדה רצה __________ (איך? בזריזות)</w:t>
      </w:r>
    </w:p>
    <w:p>
      <w:pPr>
        <w:bidi/>
        <w:spacing w:after="80"/>
        <w:jc w:val="right"/>
      </w:pPr>
      <w:r>
        <w:rPr>
          <w:rFonts w:ascii="Arial" w:hAnsi="Arial" w:cs="Arial" w:eastAsia="Arial"/>
          <w:lang w:val="he-IL" w:bidi="he-IL"/>
          <w:sz w:val="24"/>
          <w:rtl/>
          <w:szCs w:val="24"/>
        </w:rPr>
        <w:t>4. נפגש __________ (איפה? במקום הזה)</w:t>
      </w:r>
    </w:p>
    <w:p>
      <w:pPr>
        <w:bidi/>
        <w:spacing w:after="80"/>
        <w:jc w:val="right"/>
      </w:pPr>
      <w:r>
        <w:rPr>
          <w:rFonts w:ascii="Arial" w:hAnsi="Arial" w:cs="Arial" w:eastAsia="Arial"/>
          <w:lang w:val="he-IL" w:bidi="he-IL"/>
          <w:sz w:val="24"/>
          <w:rtl/>
          <w:szCs w:val="24"/>
        </w:rPr>
        <w:t>5. בניגוד לשם תואר, תואר הפועל __________ משתנה במין ובמספר (כן/לא)</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פועל ותואר הפועל – סידור משפטים</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כאן / ישבו / בשקט / הילדים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תמיד / שיעורים / עושים / אנחנו / בערב</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מהר / רץ / הילד / בבוקר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היטב / למדה / התלמידה / אתמול</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כינוי גוף, שם מספר ומילת שאלה – זיהוי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מהמילים היא כינוי גוף?</w:t>
      </w:r>
    </w:p>
    <w:p>
      <w:pPr>
        <w:bidi/>
        <w:spacing w:after="20"/>
        <w:jc w:val="right"/>
      </w:pPr>
      <w:r>
        <w:rPr>
          <w:rFonts w:ascii="Arial" w:hAnsi="Arial" w:cs="Arial" w:eastAsia="Arial"/>
          <w:lang w:val="he-IL" w:bidi="he-IL"/>
          <w:sz w:val="24"/>
          <w:rtl/>
          <w:szCs w:val="24"/>
        </w:rPr>
        <w:t xml:space="preserve">      ☐ א. שולחן</w:t>
      </w:r>
    </w:p>
    <w:p>
      <w:pPr>
        <w:bidi/>
        <w:spacing w:after="20"/>
        <w:jc w:val="right"/>
      </w:pPr>
      <w:r>
        <w:rPr>
          <w:rFonts w:ascii="Arial" w:hAnsi="Arial" w:cs="Arial" w:eastAsia="Arial"/>
          <w:lang w:val="he-IL" w:bidi="he-IL"/>
          <w:sz w:val="24"/>
          <w:rtl/>
          <w:szCs w:val="24"/>
        </w:rPr>
        <w:t xml:space="preserve">      ☐ ב. אנחנו</w:t>
      </w:r>
    </w:p>
    <w:p>
      <w:pPr>
        <w:bidi/>
        <w:spacing w:after="20"/>
        <w:jc w:val="right"/>
      </w:pPr>
      <w:r>
        <w:rPr>
          <w:rFonts w:ascii="Arial" w:hAnsi="Arial" w:cs="Arial" w:eastAsia="Arial"/>
          <w:lang w:val="he-IL" w:bidi="he-IL"/>
          <w:sz w:val="24"/>
          <w:rtl/>
          <w:szCs w:val="24"/>
        </w:rPr>
        <w:t xml:space="preserve">      ☐ ג. יפה</w:t>
      </w:r>
    </w:p>
    <w:p>
      <w:pPr>
        <w:bidi/>
        <w:spacing w:after="20"/>
        <w:jc w:val="right"/>
      </w:pPr>
      <w:r>
        <w:rPr>
          <w:rFonts w:ascii="Arial" w:hAnsi="Arial" w:cs="Arial" w:eastAsia="Arial"/>
          <w:lang w:val="he-IL" w:bidi="he-IL"/>
          <w:sz w:val="24"/>
          <w:rtl/>
          <w:szCs w:val="24"/>
        </w:rPr>
        <w:t xml:space="preserve">      ☐ ד. שלוש</w:t>
      </w:r>
    </w:p>
    <w:p>
      <w:pPr>
        <w:bidi/>
        <w:spacing w:after="20"/>
        <w:jc w:val="right"/>
      </w:pPr>
      <w:r>
        <w:rPr>
          <w:rFonts w:ascii="Arial" w:hAnsi="Arial" w:cs="Arial" w:eastAsia="Arial"/>
          <w:lang w:val="he-IL" w:bidi="he-IL"/>
          <w:b/>
          <w:sz w:val="24"/>
          <w:rtl/>
          <w:szCs w:val="24"/>
          <w:bCs/>
        </w:rPr>
        <w:t>2. איזו מהמילים היא שם מספר?</w:t>
      </w:r>
    </w:p>
    <w:p>
      <w:pPr>
        <w:bidi/>
        <w:spacing w:after="20"/>
        <w:jc w:val="right"/>
      </w:pPr>
      <w:r>
        <w:rPr>
          <w:rFonts w:ascii="Arial" w:hAnsi="Arial" w:cs="Arial" w:eastAsia="Arial"/>
          <w:lang w:val="he-IL" w:bidi="he-IL"/>
          <w:sz w:val="24"/>
          <w:rtl/>
          <w:szCs w:val="24"/>
        </w:rPr>
        <w:t xml:space="preserve">      ☐ א. חמישה</w:t>
      </w:r>
    </w:p>
    <w:p>
      <w:pPr>
        <w:bidi/>
        <w:spacing w:after="20"/>
        <w:jc w:val="right"/>
      </w:pPr>
      <w:r>
        <w:rPr>
          <w:rFonts w:ascii="Arial" w:hAnsi="Arial" w:cs="Arial" w:eastAsia="Arial"/>
          <w:lang w:val="he-IL" w:bidi="he-IL"/>
          <w:sz w:val="24"/>
          <w:rtl/>
          <w:szCs w:val="24"/>
        </w:rPr>
        <w:t xml:space="preserve">      ☐ ב. גבוה</w:t>
      </w:r>
    </w:p>
    <w:p>
      <w:pPr>
        <w:bidi/>
        <w:spacing w:after="20"/>
        <w:jc w:val="right"/>
      </w:pPr>
      <w:r>
        <w:rPr>
          <w:rFonts w:ascii="Arial" w:hAnsi="Arial" w:cs="Arial" w:eastAsia="Arial"/>
          <w:lang w:val="he-IL" w:bidi="he-IL"/>
          <w:sz w:val="24"/>
          <w:rtl/>
          <w:szCs w:val="24"/>
        </w:rPr>
        <w:t xml:space="preserve">      ☐ ג. הוא</w:t>
      </w:r>
    </w:p>
    <w:p>
      <w:pPr>
        <w:bidi/>
        <w:spacing w:after="20"/>
        <w:jc w:val="right"/>
      </w:pPr>
      <w:r>
        <w:rPr>
          <w:rFonts w:ascii="Arial" w:hAnsi="Arial" w:cs="Arial" w:eastAsia="Arial"/>
          <w:lang w:val="he-IL" w:bidi="he-IL"/>
          <w:sz w:val="24"/>
          <w:rtl/>
          <w:szCs w:val="24"/>
        </w:rPr>
        <w:t xml:space="preserve">      ☐ ד. איפה</w:t>
      </w:r>
    </w:p>
    <w:p>
      <w:pPr>
        <w:bidi/>
        <w:spacing w:after="20"/>
        <w:jc w:val="right"/>
      </w:pPr>
      <w:r>
        <w:rPr>
          <w:rFonts w:ascii="Arial" w:hAnsi="Arial" w:cs="Arial" w:eastAsia="Arial"/>
          <w:lang w:val="he-IL" w:bidi="he-IL"/>
          <w:b/>
          <w:sz w:val="24"/>
          <w:rtl/>
          <w:szCs w:val="24"/>
          <w:bCs/>
        </w:rPr>
        <w:t>3. איזו מהמילים היא מילת שאלה?</w:t>
      </w:r>
    </w:p>
    <w:p>
      <w:pPr>
        <w:bidi/>
        <w:spacing w:after="20"/>
        <w:jc w:val="right"/>
      </w:pPr>
      <w:r>
        <w:rPr>
          <w:rFonts w:ascii="Arial" w:hAnsi="Arial" w:cs="Arial" w:eastAsia="Arial"/>
          <w:lang w:val="he-IL" w:bidi="he-IL"/>
          <w:sz w:val="24"/>
          <w:rtl/>
          <w:szCs w:val="24"/>
        </w:rPr>
        <w:t xml:space="preserve">      ☐ א. מתי</w:t>
      </w:r>
    </w:p>
    <w:p>
      <w:pPr>
        <w:bidi/>
        <w:spacing w:after="20"/>
        <w:jc w:val="right"/>
      </w:pPr>
      <w:r>
        <w:rPr>
          <w:rFonts w:ascii="Arial" w:hAnsi="Arial" w:cs="Arial" w:eastAsia="Arial"/>
          <w:lang w:val="he-IL" w:bidi="he-IL"/>
          <w:sz w:val="24"/>
          <w:rtl/>
          <w:szCs w:val="24"/>
        </w:rPr>
        <w:t xml:space="preserve">      ☐ ב. רץ</w:t>
      </w:r>
    </w:p>
    <w:p>
      <w:pPr>
        <w:bidi/>
        <w:spacing w:after="20"/>
        <w:jc w:val="right"/>
      </w:pPr>
      <w:r>
        <w:rPr>
          <w:rFonts w:ascii="Arial" w:hAnsi="Arial" w:cs="Arial" w:eastAsia="Arial"/>
          <w:lang w:val="he-IL" w:bidi="he-IL"/>
          <w:sz w:val="24"/>
          <w:rtl/>
          <w:szCs w:val="24"/>
        </w:rPr>
        <w:t xml:space="preserve">      ☐ ג. טוב</w:t>
      </w:r>
    </w:p>
    <w:p>
      <w:pPr>
        <w:bidi/>
        <w:spacing w:after="20"/>
        <w:jc w:val="right"/>
      </w:pPr>
      <w:r>
        <w:rPr>
          <w:rFonts w:ascii="Arial" w:hAnsi="Arial" w:cs="Arial" w:eastAsia="Arial"/>
          <w:lang w:val="he-IL" w:bidi="he-IL"/>
          <w:sz w:val="24"/>
          <w:rtl/>
          <w:szCs w:val="24"/>
        </w:rPr>
        <w:t xml:space="preserve">      ☐ ד. שלנו</w:t>
      </w:r>
    </w:p>
    <w:p>
      <w:pPr>
        <w:bidi/>
        <w:spacing w:after="20"/>
        <w:jc w:val="right"/>
      </w:pPr>
      <w:r>
        <w:rPr>
          <w:rFonts w:ascii="Arial" w:hAnsi="Arial" w:cs="Arial" w:eastAsia="Arial"/>
          <w:lang w:val="he-IL" w:bidi="he-IL"/>
          <w:b/>
          <w:sz w:val="24"/>
          <w:rtl/>
          <w:szCs w:val="24"/>
          <w:bCs/>
        </w:rPr>
        <w:t>4. כינוי הגוף 'הן' מתאים לגוף:</w:t>
      </w:r>
    </w:p>
    <w:p>
      <w:pPr>
        <w:bidi/>
        <w:spacing w:after="20"/>
        <w:jc w:val="right"/>
      </w:pPr>
      <w:r>
        <w:rPr>
          <w:rFonts w:ascii="Arial" w:hAnsi="Arial" w:cs="Arial" w:eastAsia="Arial"/>
          <w:lang w:val="he-IL" w:bidi="he-IL"/>
          <w:sz w:val="24"/>
          <w:rtl/>
          <w:szCs w:val="24"/>
        </w:rPr>
        <w:t xml:space="preserve">      ☐ א. שלישי רבות</w:t>
      </w:r>
    </w:p>
    <w:p>
      <w:pPr>
        <w:bidi/>
        <w:spacing w:after="20"/>
        <w:jc w:val="right"/>
      </w:pPr>
      <w:r>
        <w:rPr>
          <w:rFonts w:ascii="Arial" w:hAnsi="Arial" w:cs="Arial" w:eastAsia="Arial"/>
          <w:lang w:val="he-IL" w:bidi="he-IL"/>
          <w:sz w:val="24"/>
          <w:rtl/>
          <w:szCs w:val="24"/>
        </w:rPr>
        <w:t xml:space="preserve">      ☐ ב. ראשון יחיד</w:t>
      </w:r>
    </w:p>
    <w:p>
      <w:pPr>
        <w:bidi/>
        <w:spacing w:after="20"/>
        <w:jc w:val="right"/>
      </w:pPr>
      <w:r>
        <w:rPr>
          <w:rFonts w:ascii="Arial" w:hAnsi="Arial" w:cs="Arial" w:eastAsia="Arial"/>
          <w:lang w:val="he-IL" w:bidi="he-IL"/>
          <w:sz w:val="24"/>
          <w:rtl/>
          <w:szCs w:val="24"/>
        </w:rPr>
        <w:t xml:space="preserve">      ☐ ג. שני רבים</w:t>
      </w:r>
    </w:p>
    <w:p>
      <w:pPr>
        <w:bidi/>
        <w:spacing w:after="20"/>
        <w:jc w:val="right"/>
      </w:pPr>
      <w:r>
        <w:rPr>
          <w:rFonts w:ascii="Arial" w:hAnsi="Arial" w:cs="Arial" w:eastAsia="Arial"/>
          <w:lang w:val="he-IL" w:bidi="he-IL"/>
          <w:sz w:val="24"/>
          <w:rtl/>
          <w:szCs w:val="24"/>
        </w:rPr>
        <w:t xml:space="preserve">      ☐ ד. שלישי יחיד</w:t>
      </w:r>
    </w:p>
    <w:p>
      <w:pPr>
        <w:bidi/>
        <w:spacing w:after="20"/>
        <w:jc w:val="right"/>
      </w:pPr>
      <w:r>
        <w:rPr>
          <w:rFonts w:ascii="Arial" w:hAnsi="Arial" w:cs="Arial" w:eastAsia="Arial"/>
          <w:lang w:val="he-IL" w:bidi="he-IL"/>
          <w:b/>
          <w:sz w:val="24"/>
          <w:rtl/>
          <w:szCs w:val="24"/>
          <w:bCs/>
        </w:rPr>
        <w:t>5. מילת השאלה המתאימה לשאלה על מקום היא:</w:t>
      </w:r>
    </w:p>
    <w:p>
      <w:pPr>
        <w:bidi/>
        <w:spacing w:after="20"/>
        <w:jc w:val="right"/>
      </w:pPr>
      <w:r>
        <w:rPr>
          <w:rFonts w:ascii="Arial" w:hAnsi="Arial" w:cs="Arial" w:eastAsia="Arial"/>
          <w:lang w:val="he-IL" w:bidi="he-IL"/>
          <w:sz w:val="24"/>
          <w:rtl/>
          <w:szCs w:val="24"/>
        </w:rPr>
        <w:t xml:space="preserve">      ☐ א. מתי</w:t>
      </w:r>
    </w:p>
    <w:p>
      <w:pPr>
        <w:bidi/>
        <w:spacing w:after="20"/>
        <w:jc w:val="right"/>
      </w:pPr>
      <w:r>
        <w:rPr>
          <w:rFonts w:ascii="Arial" w:hAnsi="Arial" w:cs="Arial" w:eastAsia="Arial"/>
          <w:lang w:val="he-IL" w:bidi="he-IL"/>
          <w:sz w:val="24"/>
          <w:rtl/>
          <w:szCs w:val="24"/>
        </w:rPr>
        <w:t xml:space="preserve">      ☐ ב. איפה</w:t>
      </w:r>
    </w:p>
    <w:p>
      <w:pPr>
        <w:bidi/>
        <w:spacing w:after="20"/>
        <w:jc w:val="right"/>
      </w:pPr>
      <w:r>
        <w:rPr>
          <w:rFonts w:ascii="Arial" w:hAnsi="Arial" w:cs="Arial" w:eastAsia="Arial"/>
          <w:lang w:val="he-IL" w:bidi="he-IL"/>
          <w:sz w:val="24"/>
          <w:rtl/>
          <w:szCs w:val="24"/>
        </w:rPr>
        <w:t xml:space="preserve">      ☐ ג. למה</w:t>
      </w:r>
    </w:p>
    <w:p>
      <w:pPr>
        <w:bidi/>
        <w:spacing w:after="20"/>
        <w:jc w:val="right"/>
      </w:pPr>
      <w:r>
        <w:rPr>
          <w:rFonts w:ascii="Arial" w:hAnsi="Arial" w:cs="Arial" w:eastAsia="Arial"/>
          <w:lang w:val="he-IL" w:bidi="he-IL"/>
          <w:sz w:val="24"/>
          <w:rtl/>
          <w:szCs w:val="24"/>
        </w:rPr>
        <w:t xml:space="preserve">      ☐ ד. כמה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כינוי גוף – התאמה לגוף</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גוף שני רבים</w:t>
            </w:r>
          </w:p>
        </w:tc>
      </w:tr>
      <w:tr>
        <w:tc>
          <w:tcPr>
            <w:tcW w:type="dxa" w:w="3969"/>
          </w:tcPr>
          <w:p>
            <w:pPr>
              <w:bidi/>
              <w:jc w:val="right"/>
            </w:pPr>
            <w:r>
              <w:rPr>
                <w:rFonts w:ascii="Arial" w:hAnsi="Arial" w:cs="Arial" w:eastAsia="Arial"/>
                <w:lang w:val="he-IL" w:bidi="he-IL"/>
                <w:sz w:val="24"/>
                <w:rtl/>
                <w:szCs w:val="24"/>
              </w:rPr>
              <w:t>2. אתם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גוף שלישי יחידה</w:t>
            </w:r>
          </w:p>
        </w:tc>
      </w:tr>
      <w:tr>
        <w:tc>
          <w:tcPr>
            <w:tcW w:type="dxa" w:w="3969"/>
          </w:tcPr>
          <w:p>
            <w:pPr>
              <w:bidi/>
              <w:jc w:val="right"/>
            </w:pPr>
            <w:r>
              <w:rPr>
                <w:rFonts w:ascii="Arial" w:hAnsi="Arial" w:cs="Arial" w:eastAsia="Arial"/>
                <w:lang w:val="he-IL" w:bidi="he-IL"/>
                <w:sz w:val="24"/>
                <w:rtl/>
                <w:szCs w:val="24"/>
              </w:rPr>
              <w:t>3. היא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גוף ראשון יחיד</w:t>
            </w:r>
          </w:p>
        </w:tc>
      </w:tr>
      <w:tr>
        <w:tc>
          <w:tcPr>
            <w:tcW w:type="dxa" w:w="3969"/>
          </w:tcPr>
          <w:p>
            <w:pPr>
              <w:bidi/>
              <w:jc w:val="right"/>
            </w:pPr>
            <w:r>
              <w:rPr>
                <w:rFonts w:ascii="Arial" w:hAnsi="Arial" w:cs="Arial" w:eastAsia="Arial"/>
                <w:lang w:val="he-IL" w:bidi="he-IL"/>
                <w:sz w:val="24"/>
                <w:rtl/>
                <w:szCs w:val="24"/>
              </w:rPr>
              <w:t>4. אנחנו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גוף ראשון רבים</w:t>
            </w:r>
          </w:p>
        </w:tc>
      </w:tr>
      <w:tr>
        <w:tc>
          <w:tcPr>
            <w:tcW w:type="dxa" w:w="3969"/>
          </w:tcPr>
          <w:p>
            <w:pPr>
              <w:bidi/>
              <w:jc w:val="right"/>
            </w:pPr>
            <w:r>
              <w:rPr>
                <w:rFonts w:ascii="Arial" w:hAnsi="Arial" w:cs="Arial" w:eastAsia="Arial"/>
                <w:lang w:val="he-IL" w:bidi="he-IL"/>
                <w:sz w:val="24"/>
                <w:rtl/>
                <w:szCs w:val="24"/>
              </w:rPr>
              <w:t>5. הם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גוף שלישי רבים</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שם מספר ומילת שאלה – 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אחד שיש בו שם מספר אחד ומילת שאלה אחת.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שלוש שאלות שונות הפותחות במילות שאלה שונות (מי, מה, איפה, מתי, למה, איך, כמה).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4 · מילת יחס ומילת קישור – זיהוי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מהמילים היא מילת יחס?</w:t>
      </w:r>
    </w:p>
    <w:p>
      <w:pPr>
        <w:bidi/>
        <w:spacing w:after="20"/>
        <w:jc w:val="right"/>
      </w:pPr>
      <w:r>
        <w:rPr>
          <w:rFonts w:ascii="Arial" w:hAnsi="Arial" w:cs="Arial" w:eastAsia="Arial"/>
          <w:lang w:val="he-IL" w:bidi="he-IL"/>
          <w:sz w:val="24"/>
          <w:rtl/>
          <w:szCs w:val="24"/>
        </w:rPr>
        <w:t xml:space="preserve">      ☐ א. עם</w:t>
      </w:r>
    </w:p>
    <w:p>
      <w:pPr>
        <w:bidi/>
        <w:spacing w:after="20"/>
        <w:jc w:val="right"/>
      </w:pPr>
      <w:r>
        <w:rPr>
          <w:rFonts w:ascii="Arial" w:hAnsi="Arial" w:cs="Arial" w:eastAsia="Arial"/>
          <w:lang w:val="he-IL" w:bidi="he-IL"/>
          <w:sz w:val="24"/>
          <w:rtl/>
          <w:szCs w:val="24"/>
        </w:rPr>
        <w:t xml:space="preserve">      ☐ ב. רץ</w:t>
      </w:r>
    </w:p>
    <w:p>
      <w:pPr>
        <w:bidi/>
        <w:spacing w:after="20"/>
        <w:jc w:val="right"/>
      </w:pPr>
      <w:r>
        <w:rPr>
          <w:rFonts w:ascii="Arial" w:hAnsi="Arial" w:cs="Arial" w:eastAsia="Arial"/>
          <w:lang w:val="he-IL" w:bidi="he-IL"/>
          <w:sz w:val="24"/>
          <w:rtl/>
          <w:szCs w:val="24"/>
        </w:rPr>
        <w:t xml:space="preserve">      ☐ ג. יפה</w:t>
      </w:r>
    </w:p>
    <w:p>
      <w:pPr>
        <w:bidi/>
        <w:spacing w:after="20"/>
        <w:jc w:val="right"/>
      </w:pPr>
      <w:r>
        <w:rPr>
          <w:rFonts w:ascii="Arial" w:hAnsi="Arial" w:cs="Arial" w:eastAsia="Arial"/>
          <w:lang w:val="he-IL" w:bidi="he-IL"/>
          <w:sz w:val="24"/>
          <w:rtl/>
          <w:szCs w:val="24"/>
        </w:rPr>
        <w:t xml:space="preserve">      ☐ ד. מהר</w:t>
      </w:r>
    </w:p>
    <w:p>
      <w:pPr>
        <w:bidi/>
        <w:spacing w:after="20"/>
        <w:jc w:val="right"/>
      </w:pPr>
      <w:r>
        <w:rPr>
          <w:rFonts w:ascii="Arial" w:hAnsi="Arial" w:cs="Arial" w:eastAsia="Arial"/>
          <w:lang w:val="he-IL" w:bidi="he-IL"/>
          <w:b/>
          <w:sz w:val="24"/>
          <w:rtl/>
          <w:szCs w:val="24"/>
          <w:bCs/>
        </w:rPr>
        <w:t>2. איזו מהמילים היא מילת קישור?</w:t>
      </w:r>
    </w:p>
    <w:p>
      <w:pPr>
        <w:bidi/>
        <w:spacing w:after="20"/>
        <w:jc w:val="right"/>
      </w:pPr>
      <w:r>
        <w:rPr>
          <w:rFonts w:ascii="Arial" w:hAnsi="Arial" w:cs="Arial" w:eastAsia="Arial"/>
          <w:lang w:val="he-IL" w:bidi="he-IL"/>
          <w:sz w:val="24"/>
          <w:rtl/>
          <w:szCs w:val="24"/>
        </w:rPr>
        <w:t xml:space="preserve">      ☐ א. ליד</w:t>
      </w:r>
    </w:p>
    <w:p>
      <w:pPr>
        <w:bidi/>
        <w:spacing w:after="20"/>
        <w:jc w:val="right"/>
      </w:pPr>
      <w:r>
        <w:rPr>
          <w:rFonts w:ascii="Arial" w:hAnsi="Arial" w:cs="Arial" w:eastAsia="Arial"/>
          <w:lang w:val="he-IL" w:bidi="he-IL"/>
          <w:sz w:val="24"/>
          <w:rtl/>
          <w:szCs w:val="24"/>
        </w:rPr>
        <w:t xml:space="preserve">      ☐ ב. אבל</w:t>
      </w:r>
    </w:p>
    <w:p>
      <w:pPr>
        <w:bidi/>
        <w:spacing w:after="20"/>
        <w:jc w:val="right"/>
      </w:pPr>
      <w:r>
        <w:rPr>
          <w:rFonts w:ascii="Arial" w:hAnsi="Arial" w:cs="Arial" w:eastAsia="Arial"/>
          <w:lang w:val="he-IL" w:bidi="he-IL"/>
          <w:sz w:val="24"/>
          <w:rtl/>
          <w:szCs w:val="24"/>
        </w:rPr>
        <w:t xml:space="preserve">      ☐ ג. שולחן</w:t>
      </w:r>
    </w:p>
    <w:p>
      <w:pPr>
        <w:bidi/>
        <w:spacing w:after="20"/>
        <w:jc w:val="right"/>
      </w:pPr>
      <w:r>
        <w:rPr>
          <w:rFonts w:ascii="Arial" w:hAnsi="Arial" w:cs="Arial" w:eastAsia="Arial"/>
          <w:lang w:val="he-IL" w:bidi="he-IL"/>
          <w:sz w:val="24"/>
          <w:rtl/>
          <w:szCs w:val="24"/>
        </w:rPr>
        <w:t xml:space="preserve">      ☐ ד. איפה</w:t>
      </w:r>
    </w:p>
    <w:p>
      <w:pPr>
        <w:bidi/>
        <w:spacing w:after="20"/>
        <w:jc w:val="right"/>
      </w:pPr>
      <w:r>
        <w:rPr>
          <w:rFonts w:ascii="Arial" w:hAnsi="Arial" w:cs="Arial" w:eastAsia="Arial"/>
          <w:lang w:val="he-IL" w:bidi="he-IL"/>
          <w:b/>
          <w:sz w:val="24"/>
          <w:rtl/>
          <w:szCs w:val="24"/>
          <w:bCs/>
        </w:rPr>
        <w:t>3. מילת היחס הנטויה 'לנו' בנויה מ:</w:t>
      </w:r>
    </w:p>
    <w:p>
      <w:pPr>
        <w:bidi/>
        <w:spacing w:after="20"/>
        <w:jc w:val="right"/>
      </w:pPr>
      <w:r>
        <w:rPr>
          <w:rFonts w:ascii="Arial" w:hAnsi="Arial" w:cs="Arial" w:eastAsia="Arial"/>
          <w:lang w:val="he-IL" w:bidi="he-IL"/>
          <w:sz w:val="24"/>
          <w:rtl/>
          <w:szCs w:val="24"/>
        </w:rPr>
        <w:t xml:space="preserve">      ☐ א. ל + אנחנו</w:t>
      </w:r>
    </w:p>
    <w:p>
      <w:pPr>
        <w:bidi/>
        <w:spacing w:after="20"/>
        <w:jc w:val="right"/>
      </w:pPr>
      <w:r>
        <w:rPr>
          <w:rFonts w:ascii="Arial" w:hAnsi="Arial" w:cs="Arial" w:eastAsia="Arial"/>
          <w:lang w:val="he-IL" w:bidi="he-IL"/>
          <w:sz w:val="24"/>
          <w:rtl/>
          <w:szCs w:val="24"/>
        </w:rPr>
        <w:t xml:space="preserve">      ☐ ב. ל + אתם</w:t>
      </w:r>
    </w:p>
    <w:p>
      <w:pPr>
        <w:bidi/>
        <w:spacing w:after="20"/>
        <w:jc w:val="right"/>
      </w:pPr>
      <w:r>
        <w:rPr>
          <w:rFonts w:ascii="Arial" w:hAnsi="Arial" w:cs="Arial" w:eastAsia="Arial"/>
          <w:lang w:val="he-IL" w:bidi="he-IL"/>
          <w:sz w:val="24"/>
          <w:rtl/>
          <w:szCs w:val="24"/>
        </w:rPr>
        <w:t xml:space="preserve">      ☐ ג. ל + הם</w:t>
      </w:r>
    </w:p>
    <w:p>
      <w:pPr>
        <w:bidi/>
        <w:spacing w:after="20"/>
        <w:jc w:val="right"/>
      </w:pPr>
      <w:r>
        <w:rPr>
          <w:rFonts w:ascii="Arial" w:hAnsi="Arial" w:cs="Arial" w:eastAsia="Arial"/>
          <w:lang w:val="he-IL" w:bidi="he-IL"/>
          <w:sz w:val="24"/>
          <w:rtl/>
          <w:szCs w:val="24"/>
        </w:rPr>
        <w:t xml:space="preserve">      ☐ ד. ל + אני</w:t>
      </w:r>
    </w:p>
    <w:p>
      <w:pPr>
        <w:bidi/>
        <w:spacing w:after="20"/>
        <w:jc w:val="right"/>
      </w:pPr>
      <w:r>
        <w:rPr>
          <w:rFonts w:ascii="Arial" w:hAnsi="Arial" w:cs="Arial" w:eastAsia="Arial"/>
          <w:lang w:val="he-IL" w:bidi="he-IL"/>
          <w:b/>
          <w:sz w:val="24"/>
          <w:rtl/>
          <w:szCs w:val="24"/>
          <w:bCs/>
        </w:rPr>
        <w:t>4. מילת הקישור 'לכן' מבטאת בעיקר:</w:t>
      </w:r>
    </w:p>
    <w:p>
      <w:pPr>
        <w:bidi/>
        <w:spacing w:after="20"/>
        <w:jc w:val="right"/>
      </w:pPr>
      <w:r>
        <w:rPr>
          <w:rFonts w:ascii="Arial" w:hAnsi="Arial" w:cs="Arial" w:eastAsia="Arial"/>
          <w:lang w:val="he-IL" w:bidi="he-IL"/>
          <w:sz w:val="24"/>
          <w:rtl/>
          <w:szCs w:val="24"/>
        </w:rPr>
        <w:t xml:space="preserve">      ☐ א. ניגוד</w:t>
      </w:r>
    </w:p>
    <w:p>
      <w:pPr>
        <w:bidi/>
        <w:spacing w:after="20"/>
        <w:jc w:val="right"/>
      </w:pPr>
      <w:r>
        <w:rPr>
          <w:rFonts w:ascii="Arial" w:hAnsi="Arial" w:cs="Arial" w:eastAsia="Arial"/>
          <w:lang w:val="he-IL" w:bidi="he-IL"/>
          <w:sz w:val="24"/>
          <w:rtl/>
          <w:szCs w:val="24"/>
        </w:rPr>
        <w:t xml:space="preserve">      ☐ ב. תוצאה</w:t>
      </w:r>
    </w:p>
    <w:p>
      <w:pPr>
        <w:bidi/>
        <w:spacing w:after="20"/>
        <w:jc w:val="right"/>
      </w:pPr>
      <w:r>
        <w:rPr>
          <w:rFonts w:ascii="Arial" w:hAnsi="Arial" w:cs="Arial" w:eastAsia="Arial"/>
          <w:lang w:val="he-IL" w:bidi="he-IL"/>
          <w:sz w:val="24"/>
          <w:rtl/>
          <w:szCs w:val="24"/>
        </w:rPr>
        <w:t xml:space="preserve">      ☐ ג. תנאי</w:t>
      </w:r>
    </w:p>
    <w:p>
      <w:pPr>
        <w:bidi/>
        <w:spacing w:after="20"/>
        <w:jc w:val="right"/>
      </w:pPr>
      <w:r>
        <w:rPr>
          <w:rFonts w:ascii="Arial" w:hAnsi="Arial" w:cs="Arial" w:eastAsia="Arial"/>
          <w:lang w:val="he-IL" w:bidi="he-IL"/>
          <w:sz w:val="24"/>
          <w:rtl/>
          <w:szCs w:val="24"/>
        </w:rPr>
        <w:t xml:space="preserve">      ☐ ד. זמן</w:t>
      </w:r>
    </w:p>
    <w:p>
      <w:pPr>
        <w:bidi/>
        <w:spacing w:after="20"/>
        <w:jc w:val="right"/>
      </w:pPr>
      <w:r>
        <w:rPr>
          <w:rFonts w:ascii="Arial" w:hAnsi="Arial" w:cs="Arial" w:eastAsia="Arial"/>
          <w:lang w:val="he-IL" w:bidi="he-IL"/>
          <w:b/>
          <w:sz w:val="24"/>
          <w:rtl/>
          <w:szCs w:val="24"/>
          <w:bCs/>
        </w:rPr>
        <w:t>5. מילת הקישור 'אם' מבטאת בעיקר:</w:t>
      </w:r>
    </w:p>
    <w:p>
      <w:pPr>
        <w:bidi/>
        <w:spacing w:after="20"/>
        <w:jc w:val="right"/>
      </w:pPr>
      <w:r>
        <w:rPr>
          <w:rFonts w:ascii="Arial" w:hAnsi="Arial" w:cs="Arial" w:eastAsia="Arial"/>
          <w:lang w:val="he-IL" w:bidi="he-IL"/>
          <w:sz w:val="24"/>
          <w:rtl/>
          <w:szCs w:val="24"/>
        </w:rPr>
        <w:t xml:space="preserve">      ☐ א. תנאי</w:t>
      </w:r>
    </w:p>
    <w:p>
      <w:pPr>
        <w:bidi/>
        <w:spacing w:after="20"/>
        <w:jc w:val="right"/>
      </w:pPr>
      <w:r>
        <w:rPr>
          <w:rFonts w:ascii="Arial" w:hAnsi="Arial" w:cs="Arial" w:eastAsia="Arial"/>
          <w:lang w:val="he-IL" w:bidi="he-IL"/>
          <w:sz w:val="24"/>
          <w:rtl/>
          <w:szCs w:val="24"/>
        </w:rPr>
        <w:t xml:space="preserve">      ☐ ב. סיבה</w:t>
      </w:r>
    </w:p>
    <w:p>
      <w:pPr>
        <w:bidi/>
        <w:spacing w:after="20"/>
        <w:jc w:val="right"/>
      </w:pPr>
      <w:r>
        <w:rPr>
          <w:rFonts w:ascii="Arial" w:hAnsi="Arial" w:cs="Arial" w:eastAsia="Arial"/>
          <w:lang w:val="he-IL" w:bidi="he-IL"/>
          <w:sz w:val="24"/>
          <w:rtl/>
          <w:szCs w:val="24"/>
        </w:rPr>
        <w:t xml:space="preserve">      ☐ ג. ניגוד</w:t>
      </w:r>
    </w:p>
    <w:p>
      <w:pPr>
        <w:bidi/>
        <w:spacing w:after="20"/>
        <w:jc w:val="right"/>
      </w:pPr>
      <w:r>
        <w:rPr>
          <w:rFonts w:ascii="Arial" w:hAnsi="Arial" w:cs="Arial" w:eastAsia="Arial"/>
          <w:lang w:val="he-IL" w:bidi="he-IL"/>
          <w:sz w:val="24"/>
          <w:rtl/>
          <w:szCs w:val="24"/>
        </w:rPr>
        <w:t xml:space="preserve">      ☐ ד. זמן</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מילת יחס – נטייה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 + הוא = __________</w:t>
      </w:r>
    </w:p>
    <w:p>
      <w:pPr>
        <w:bidi/>
        <w:spacing w:after="80"/>
        <w:jc w:val="right"/>
      </w:pPr>
      <w:r>
        <w:rPr>
          <w:rFonts w:ascii="Arial" w:hAnsi="Arial" w:cs="Arial" w:eastAsia="Arial"/>
          <w:lang w:val="he-IL" w:bidi="he-IL"/>
          <w:sz w:val="24"/>
          <w:rtl/>
          <w:szCs w:val="24"/>
        </w:rPr>
        <w:t>2. עם + אני = __________</w:t>
      </w:r>
    </w:p>
    <w:p>
      <w:pPr>
        <w:bidi/>
        <w:spacing w:after="80"/>
        <w:jc w:val="right"/>
      </w:pPr>
      <w:r>
        <w:rPr>
          <w:rFonts w:ascii="Arial" w:hAnsi="Arial" w:cs="Arial" w:eastAsia="Arial"/>
          <w:lang w:val="he-IL" w:bidi="he-IL"/>
          <w:sz w:val="24"/>
          <w:rtl/>
          <w:szCs w:val="24"/>
        </w:rPr>
        <w:t>3. של + אנחנו = __________</w:t>
      </w:r>
    </w:p>
    <w:p>
      <w:pPr>
        <w:bidi/>
        <w:spacing w:after="80"/>
        <w:jc w:val="right"/>
      </w:pPr>
      <w:r>
        <w:rPr>
          <w:rFonts w:ascii="Arial" w:hAnsi="Arial" w:cs="Arial" w:eastAsia="Arial"/>
          <w:lang w:val="he-IL" w:bidi="he-IL"/>
          <w:sz w:val="24"/>
          <w:rtl/>
          <w:szCs w:val="24"/>
        </w:rPr>
        <w:t>4. את + הם = __________</w:t>
      </w:r>
    </w:p>
    <w:p>
      <w:pPr>
        <w:bidi/>
        <w:spacing w:after="80"/>
        <w:jc w:val="right"/>
      </w:pPr>
      <w:r>
        <w:rPr>
          <w:rFonts w:ascii="Arial" w:hAnsi="Arial" w:cs="Arial" w:eastAsia="Arial"/>
          <w:lang w:val="he-IL" w:bidi="he-IL"/>
          <w:sz w:val="24"/>
          <w:rtl/>
          <w:szCs w:val="24"/>
        </w:rPr>
        <w:t>5. ב + הגן = __________ (צורה מיודעת)</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מילת קישור – חשיבה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שני משפטים שבהם מילת הקישור 'כי' מסבירה סיבה, ושני משפטים שבהם 'אבל' מבטאת ניגוד.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מה ההבדל בין מילת יחס למילת קישור.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5 · זיהוי חלק הדיבר בתוך משפט</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במשפט 'הילדה הקטנה רצה מהר הביתה' המילה 'הקטנה' היא:</w:t>
      </w:r>
    </w:p>
    <w:p>
      <w:pPr>
        <w:bidi/>
        <w:spacing w:after="20"/>
        <w:jc w:val="right"/>
      </w:pPr>
      <w:r>
        <w:rPr>
          <w:rFonts w:ascii="Arial" w:hAnsi="Arial" w:cs="Arial" w:eastAsia="Arial"/>
          <w:lang w:val="he-IL" w:bidi="he-IL"/>
          <w:sz w:val="24"/>
          <w:rtl/>
          <w:szCs w:val="24"/>
        </w:rPr>
        <w:t xml:space="preserve">      ☐ א. שם עצם</w:t>
      </w:r>
    </w:p>
    <w:p>
      <w:pPr>
        <w:bidi/>
        <w:spacing w:after="20"/>
        <w:jc w:val="right"/>
      </w:pPr>
      <w:r>
        <w:rPr>
          <w:rFonts w:ascii="Arial" w:hAnsi="Arial" w:cs="Arial" w:eastAsia="Arial"/>
          <w:lang w:val="he-IL" w:bidi="he-IL"/>
          <w:sz w:val="24"/>
          <w:rtl/>
          <w:szCs w:val="24"/>
        </w:rPr>
        <w:t xml:space="preserve">      ☐ ב. שם תואר</w:t>
      </w:r>
    </w:p>
    <w:p>
      <w:pPr>
        <w:bidi/>
        <w:spacing w:after="20"/>
        <w:jc w:val="right"/>
      </w:pPr>
      <w:r>
        <w:rPr>
          <w:rFonts w:ascii="Arial" w:hAnsi="Arial" w:cs="Arial" w:eastAsia="Arial"/>
          <w:lang w:val="he-IL" w:bidi="he-IL"/>
          <w:sz w:val="24"/>
          <w:rtl/>
          <w:szCs w:val="24"/>
        </w:rPr>
        <w:t xml:space="preserve">      ☐ ג. תואר הפועל</w:t>
      </w:r>
    </w:p>
    <w:p>
      <w:pPr>
        <w:bidi/>
        <w:spacing w:after="20"/>
        <w:jc w:val="right"/>
      </w:pPr>
      <w:r>
        <w:rPr>
          <w:rFonts w:ascii="Arial" w:hAnsi="Arial" w:cs="Arial" w:eastAsia="Arial"/>
          <w:lang w:val="he-IL" w:bidi="he-IL"/>
          <w:sz w:val="24"/>
          <w:rtl/>
          <w:szCs w:val="24"/>
        </w:rPr>
        <w:t xml:space="preserve">      ☐ ד. פועל</w:t>
      </w:r>
    </w:p>
    <w:p>
      <w:pPr>
        <w:bidi/>
        <w:spacing w:after="20"/>
        <w:jc w:val="right"/>
      </w:pPr>
      <w:r>
        <w:rPr>
          <w:rFonts w:ascii="Arial" w:hAnsi="Arial" w:cs="Arial" w:eastAsia="Arial"/>
          <w:lang w:val="he-IL" w:bidi="he-IL"/>
          <w:b/>
          <w:sz w:val="24"/>
          <w:rtl/>
          <w:szCs w:val="24"/>
          <w:bCs/>
        </w:rPr>
        <w:t>2. באותו משפט המילה 'מהר' היא:</w:t>
      </w:r>
    </w:p>
    <w:p>
      <w:pPr>
        <w:bidi/>
        <w:spacing w:after="20"/>
        <w:jc w:val="right"/>
      </w:pPr>
      <w:r>
        <w:rPr>
          <w:rFonts w:ascii="Arial" w:hAnsi="Arial" w:cs="Arial" w:eastAsia="Arial"/>
          <w:lang w:val="he-IL" w:bidi="he-IL"/>
          <w:sz w:val="24"/>
          <w:rtl/>
          <w:szCs w:val="24"/>
        </w:rPr>
        <w:t xml:space="preserve">      ☐ א. שם תואר</w:t>
      </w:r>
    </w:p>
    <w:p>
      <w:pPr>
        <w:bidi/>
        <w:spacing w:after="20"/>
        <w:jc w:val="right"/>
      </w:pPr>
      <w:r>
        <w:rPr>
          <w:rFonts w:ascii="Arial" w:hAnsi="Arial" w:cs="Arial" w:eastAsia="Arial"/>
          <w:lang w:val="he-IL" w:bidi="he-IL"/>
          <w:sz w:val="24"/>
          <w:rtl/>
          <w:szCs w:val="24"/>
        </w:rPr>
        <w:t xml:space="preserve">      ☐ ב. פועל</w:t>
      </w:r>
    </w:p>
    <w:p>
      <w:pPr>
        <w:bidi/>
        <w:spacing w:after="20"/>
        <w:jc w:val="right"/>
      </w:pPr>
      <w:r>
        <w:rPr>
          <w:rFonts w:ascii="Arial" w:hAnsi="Arial" w:cs="Arial" w:eastAsia="Arial"/>
          <w:lang w:val="he-IL" w:bidi="he-IL"/>
          <w:sz w:val="24"/>
          <w:rtl/>
          <w:szCs w:val="24"/>
        </w:rPr>
        <w:t xml:space="preserve">      ☐ ג. תואר הפועל</w:t>
      </w:r>
    </w:p>
    <w:p>
      <w:pPr>
        <w:bidi/>
        <w:spacing w:after="20"/>
        <w:jc w:val="right"/>
      </w:pPr>
      <w:r>
        <w:rPr>
          <w:rFonts w:ascii="Arial" w:hAnsi="Arial" w:cs="Arial" w:eastAsia="Arial"/>
          <w:lang w:val="he-IL" w:bidi="he-IL"/>
          <w:sz w:val="24"/>
          <w:rtl/>
          <w:szCs w:val="24"/>
        </w:rPr>
        <w:t xml:space="preserve">      ☐ ד. מילת יחס</w:t>
      </w:r>
    </w:p>
    <w:p>
      <w:pPr>
        <w:bidi/>
        <w:spacing w:after="20"/>
        <w:jc w:val="right"/>
      </w:pPr>
      <w:r>
        <w:rPr>
          <w:rFonts w:ascii="Arial" w:hAnsi="Arial" w:cs="Arial" w:eastAsia="Arial"/>
          <w:lang w:val="he-IL" w:bidi="he-IL"/>
          <w:b/>
          <w:sz w:val="24"/>
          <w:rtl/>
          <w:szCs w:val="24"/>
          <w:bCs/>
        </w:rPr>
        <w:t>3. במשפט 'אנחנו הלכנו עם החברים שלנו לפארק' המילה 'עם' היא:</w:t>
      </w:r>
    </w:p>
    <w:p>
      <w:pPr>
        <w:bidi/>
        <w:spacing w:after="20"/>
        <w:jc w:val="right"/>
      </w:pPr>
      <w:r>
        <w:rPr>
          <w:rFonts w:ascii="Arial" w:hAnsi="Arial" w:cs="Arial" w:eastAsia="Arial"/>
          <w:lang w:val="he-IL" w:bidi="he-IL"/>
          <w:sz w:val="24"/>
          <w:rtl/>
          <w:szCs w:val="24"/>
        </w:rPr>
        <w:t xml:space="preserve">      ☐ א. מילת קישור</w:t>
      </w:r>
    </w:p>
    <w:p>
      <w:pPr>
        <w:bidi/>
        <w:spacing w:after="20"/>
        <w:jc w:val="right"/>
      </w:pPr>
      <w:r>
        <w:rPr>
          <w:rFonts w:ascii="Arial" w:hAnsi="Arial" w:cs="Arial" w:eastAsia="Arial"/>
          <w:lang w:val="he-IL" w:bidi="he-IL"/>
          <w:sz w:val="24"/>
          <w:rtl/>
          <w:szCs w:val="24"/>
        </w:rPr>
        <w:t xml:space="preserve">      ☐ ב. מילת יחס</w:t>
      </w:r>
    </w:p>
    <w:p>
      <w:pPr>
        <w:bidi/>
        <w:spacing w:after="20"/>
        <w:jc w:val="right"/>
      </w:pPr>
      <w:r>
        <w:rPr>
          <w:rFonts w:ascii="Arial" w:hAnsi="Arial" w:cs="Arial" w:eastAsia="Arial"/>
          <w:lang w:val="he-IL" w:bidi="he-IL"/>
          <w:sz w:val="24"/>
          <w:rtl/>
          <w:szCs w:val="24"/>
        </w:rPr>
        <w:t xml:space="preserve">      ☐ ג. כינוי גוף</w:t>
      </w:r>
    </w:p>
    <w:p>
      <w:pPr>
        <w:bidi/>
        <w:spacing w:after="20"/>
        <w:jc w:val="right"/>
      </w:pPr>
      <w:r>
        <w:rPr>
          <w:rFonts w:ascii="Arial" w:hAnsi="Arial" w:cs="Arial" w:eastAsia="Arial"/>
          <w:lang w:val="he-IL" w:bidi="he-IL"/>
          <w:sz w:val="24"/>
          <w:rtl/>
          <w:szCs w:val="24"/>
        </w:rPr>
        <w:t xml:space="preserve">      ☐ ד. פועל</w:t>
      </w:r>
    </w:p>
    <w:p>
      <w:pPr>
        <w:bidi/>
        <w:spacing w:after="20"/>
        <w:jc w:val="right"/>
      </w:pPr>
      <w:r>
        <w:rPr>
          <w:rFonts w:ascii="Arial" w:hAnsi="Arial" w:cs="Arial" w:eastAsia="Arial"/>
          <w:lang w:val="he-IL" w:bidi="he-IL"/>
          <w:b/>
          <w:sz w:val="24"/>
          <w:rtl/>
          <w:szCs w:val="24"/>
          <w:bCs/>
        </w:rPr>
        <w:t>4. באותו משפט המילה 'אנחנו' היא:</w:t>
      </w:r>
    </w:p>
    <w:p>
      <w:pPr>
        <w:bidi/>
        <w:spacing w:after="20"/>
        <w:jc w:val="right"/>
      </w:pPr>
      <w:r>
        <w:rPr>
          <w:rFonts w:ascii="Arial" w:hAnsi="Arial" w:cs="Arial" w:eastAsia="Arial"/>
          <w:lang w:val="he-IL" w:bidi="he-IL"/>
          <w:sz w:val="24"/>
          <w:rtl/>
          <w:szCs w:val="24"/>
        </w:rPr>
        <w:t xml:space="preserve">      ☐ א. שם עצם</w:t>
      </w:r>
    </w:p>
    <w:p>
      <w:pPr>
        <w:bidi/>
        <w:spacing w:after="20"/>
        <w:jc w:val="right"/>
      </w:pPr>
      <w:r>
        <w:rPr>
          <w:rFonts w:ascii="Arial" w:hAnsi="Arial" w:cs="Arial" w:eastAsia="Arial"/>
          <w:lang w:val="he-IL" w:bidi="he-IL"/>
          <w:sz w:val="24"/>
          <w:rtl/>
          <w:szCs w:val="24"/>
        </w:rPr>
        <w:t xml:space="preserve">      ☐ ב. כינוי גוף</w:t>
      </w:r>
    </w:p>
    <w:p>
      <w:pPr>
        <w:bidi/>
        <w:spacing w:after="20"/>
        <w:jc w:val="right"/>
      </w:pPr>
      <w:r>
        <w:rPr>
          <w:rFonts w:ascii="Arial" w:hAnsi="Arial" w:cs="Arial" w:eastAsia="Arial"/>
          <w:lang w:val="he-IL" w:bidi="he-IL"/>
          <w:sz w:val="24"/>
          <w:rtl/>
          <w:szCs w:val="24"/>
        </w:rPr>
        <w:t xml:space="preserve">      ☐ ג. מילת שאלה</w:t>
      </w:r>
    </w:p>
    <w:p>
      <w:pPr>
        <w:bidi/>
        <w:spacing w:after="20"/>
        <w:jc w:val="right"/>
      </w:pPr>
      <w:r>
        <w:rPr>
          <w:rFonts w:ascii="Arial" w:hAnsi="Arial" w:cs="Arial" w:eastAsia="Arial"/>
          <w:lang w:val="he-IL" w:bidi="he-IL"/>
          <w:sz w:val="24"/>
          <w:rtl/>
          <w:szCs w:val="24"/>
        </w:rPr>
        <w:t xml:space="preserve">      ☐ ד. שם מספר</w:t>
      </w:r>
    </w:p>
    <w:p>
      <w:pPr>
        <w:bidi/>
        <w:spacing w:after="20"/>
        <w:jc w:val="right"/>
      </w:pPr>
      <w:r>
        <w:rPr>
          <w:rFonts w:ascii="Arial" w:hAnsi="Arial" w:cs="Arial" w:eastAsia="Arial"/>
          <w:lang w:val="he-IL" w:bidi="he-IL"/>
          <w:b/>
          <w:sz w:val="24"/>
          <w:rtl/>
          <w:szCs w:val="24"/>
          <w:bCs/>
        </w:rPr>
        <w:t>5. במשפט 'קראתי שלושה ספרים מעניינים כי אהבתי אותם' המילה 'כי' היא:</w:t>
      </w:r>
    </w:p>
    <w:p>
      <w:pPr>
        <w:bidi/>
        <w:spacing w:after="20"/>
        <w:jc w:val="right"/>
      </w:pPr>
      <w:r>
        <w:rPr>
          <w:rFonts w:ascii="Arial" w:hAnsi="Arial" w:cs="Arial" w:eastAsia="Arial"/>
          <w:lang w:val="he-IL" w:bidi="he-IL"/>
          <w:sz w:val="24"/>
          <w:rtl/>
          <w:szCs w:val="24"/>
        </w:rPr>
        <w:t xml:space="preserve">      ☐ א. מילת יחס</w:t>
      </w:r>
    </w:p>
    <w:p>
      <w:pPr>
        <w:bidi/>
        <w:spacing w:after="20"/>
        <w:jc w:val="right"/>
      </w:pPr>
      <w:r>
        <w:rPr>
          <w:rFonts w:ascii="Arial" w:hAnsi="Arial" w:cs="Arial" w:eastAsia="Arial"/>
          <w:lang w:val="he-IL" w:bidi="he-IL"/>
          <w:sz w:val="24"/>
          <w:rtl/>
          <w:szCs w:val="24"/>
        </w:rPr>
        <w:t xml:space="preserve">      ☐ ב. מילת קישור</w:t>
      </w:r>
    </w:p>
    <w:p>
      <w:pPr>
        <w:bidi/>
        <w:spacing w:after="20"/>
        <w:jc w:val="right"/>
      </w:pPr>
      <w:r>
        <w:rPr>
          <w:rFonts w:ascii="Arial" w:hAnsi="Arial" w:cs="Arial" w:eastAsia="Arial"/>
          <w:lang w:val="he-IL" w:bidi="he-IL"/>
          <w:sz w:val="24"/>
          <w:rtl/>
          <w:szCs w:val="24"/>
        </w:rPr>
        <w:t xml:space="preserve">      ☐ ג. תואר הפועל</w:t>
      </w:r>
    </w:p>
    <w:p>
      <w:pPr>
        <w:bidi/>
        <w:spacing w:after="20"/>
        <w:jc w:val="right"/>
      </w:pPr>
      <w:r>
        <w:rPr>
          <w:rFonts w:ascii="Arial" w:hAnsi="Arial" w:cs="Arial" w:eastAsia="Arial"/>
          <w:lang w:val="he-IL" w:bidi="he-IL"/>
          <w:sz w:val="24"/>
          <w:rtl/>
          <w:szCs w:val="24"/>
        </w:rPr>
        <w:t xml:space="preserve">      ☐ ד. פועל</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התאמה במין ובמספר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ילדות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מצטיינים</w:t>
            </w:r>
          </w:p>
        </w:tc>
      </w:tr>
      <w:tr>
        <w:tc>
          <w:tcPr>
            <w:tcW w:type="dxa" w:w="3969"/>
          </w:tcPr>
          <w:p>
            <w:pPr>
              <w:bidi/>
              <w:jc w:val="right"/>
            </w:pPr>
            <w:r>
              <w:rPr>
                <w:rFonts w:ascii="Arial" w:hAnsi="Arial" w:cs="Arial" w:eastAsia="Arial"/>
                <w:lang w:val="he-IL" w:bidi="he-IL"/>
                <w:sz w:val="24"/>
                <w:rtl/>
                <w:szCs w:val="24"/>
              </w:rPr>
              <w:t>2. ספר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חכמות</w:t>
            </w:r>
          </w:p>
        </w:tc>
      </w:tr>
      <w:tr>
        <w:tc>
          <w:tcPr>
            <w:tcW w:type="dxa" w:w="3969"/>
          </w:tcPr>
          <w:p>
            <w:pPr>
              <w:bidi/>
              <w:jc w:val="right"/>
            </w:pPr>
            <w:r>
              <w:rPr>
                <w:rFonts w:ascii="Arial" w:hAnsi="Arial" w:cs="Arial" w:eastAsia="Arial"/>
                <w:lang w:val="he-IL" w:bidi="he-IL"/>
                <w:sz w:val="24"/>
                <w:rtl/>
                <w:szCs w:val="24"/>
              </w:rPr>
              <w:t>3. מחברות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גבוה</w:t>
            </w:r>
          </w:p>
        </w:tc>
      </w:tr>
      <w:tr>
        <w:tc>
          <w:tcPr>
            <w:tcW w:type="dxa" w:w="3969"/>
          </w:tcPr>
          <w:p>
            <w:pPr>
              <w:bidi/>
              <w:jc w:val="right"/>
            </w:pPr>
            <w:r>
              <w:rPr>
                <w:rFonts w:ascii="Arial" w:hAnsi="Arial" w:cs="Arial" w:eastAsia="Arial"/>
                <w:lang w:val="he-IL" w:bidi="he-IL"/>
                <w:sz w:val="24"/>
                <w:rtl/>
                <w:szCs w:val="24"/>
              </w:rPr>
              <w:t>4. שולחן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מעניין</w:t>
            </w:r>
          </w:p>
        </w:tc>
      </w:tr>
      <w:tr>
        <w:tc>
          <w:tcPr>
            <w:tcW w:type="dxa" w:w="3969"/>
          </w:tcPr>
          <w:p>
            <w:pPr>
              <w:bidi/>
              <w:jc w:val="right"/>
            </w:pPr>
            <w:r>
              <w:rPr>
                <w:rFonts w:ascii="Arial" w:hAnsi="Arial" w:cs="Arial" w:eastAsia="Arial"/>
                <w:lang w:val="he-IL" w:bidi="he-IL"/>
                <w:sz w:val="24"/>
                <w:rtl/>
                <w:szCs w:val="24"/>
              </w:rPr>
              <w:t>5. תלמידים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חדשות</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סידור משפט מלא</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שלי / עם / הלכתי / החברה / לקולנוע</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מתי / תגיעו / הביתה / מחר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כי / בבית / נשארנו / ירד / גשם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היפה / בגן / הפרח / גדל</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חזרה מסכמת – זיהוי חלקי דיבר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מהמילים היא שם עצם מוחשי?</w:t>
      </w:r>
    </w:p>
    <w:p>
      <w:pPr>
        <w:bidi/>
        <w:spacing w:after="20"/>
        <w:jc w:val="right"/>
      </w:pPr>
      <w:r>
        <w:rPr>
          <w:rFonts w:ascii="Arial" w:hAnsi="Arial" w:cs="Arial" w:eastAsia="Arial"/>
          <w:lang w:val="he-IL" w:bidi="he-IL"/>
          <w:sz w:val="24"/>
          <w:rtl/>
          <w:szCs w:val="24"/>
        </w:rPr>
        <w:t xml:space="preserve">      ☐ א. אומץ</w:t>
      </w:r>
    </w:p>
    <w:p>
      <w:pPr>
        <w:bidi/>
        <w:spacing w:after="20"/>
        <w:jc w:val="right"/>
      </w:pPr>
      <w:r>
        <w:rPr>
          <w:rFonts w:ascii="Arial" w:hAnsi="Arial" w:cs="Arial" w:eastAsia="Arial"/>
          <w:lang w:val="he-IL" w:bidi="he-IL"/>
          <w:sz w:val="24"/>
          <w:rtl/>
          <w:szCs w:val="24"/>
        </w:rPr>
        <w:t xml:space="preserve">      ☐ ב. שולחן</w:t>
      </w:r>
    </w:p>
    <w:p>
      <w:pPr>
        <w:bidi/>
        <w:spacing w:after="20"/>
        <w:jc w:val="right"/>
      </w:pPr>
      <w:r>
        <w:rPr>
          <w:rFonts w:ascii="Arial" w:hAnsi="Arial" w:cs="Arial" w:eastAsia="Arial"/>
          <w:lang w:val="he-IL" w:bidi="he-IL"/>
          <w:sz w:val="24"/>
          <w:rtl/>
          <w:szCs w:val="24"/>
        </w:rPr>
        <w:t xml:space="preserve">      ☐ ג. יפה</w:t>
      </w:r>
    </w:p>
    <w:p>
      <w:pPr>
        <w:bidi/>
        <w:spacing w:after="20"/>
        <w:jc w:val="right"/>
      </w:pPr>
      <w:r>
        <w:rPr>
          <w:rFonts w:ascii="Arial" w:hAnsi="Arial" w:cs="Arial" w:eastAsia="Arial"/>
          <w:lang w:val="he-IL" w:bidi="he-IL"/>
          <w:sz w:val="24"/>
          <w:rtl/>
          <w:szCs w:val="24"/>
        </w:rPr>
        <w:t xml:space="preserve">      ☐ ד. מהר</w:t>
      </w:r>
    </w:p>
    <w:p>
      <w:pPr>
        <w:bidi/>
        <w:spacing w:after="20"/>
        <w:jc w:val="right"/>
      </w:pPr>
      <w:r>
        <w:rPr>
          <w:rFonts w:ascii="Arial" w:hAnsi="Arial" w:cs="Arial" w:eastAsia="Arial"/>
          <w:lang w:val="he-IL" w:bidi="he-IL"/>
          <w:b/>
          <w:sz w:val="24"/>
          <w:rtl/>
          <w:szCs w:val="24"/>
          <w:bCs/>
        </w:rPr>
        <w:t>2. איזו מהמילים היא פועל בזמן עתיד?</w:t>
      </w:r>
    </w:p>
    <w:p>
      <w:pPr>
        <w:bidi/>
        <w:spacing w:after="20"/>
        <w:jc w:val="right"/>
      </w:pPr>
      <w:r>
        <w:rPr>
          <w:rFonts w:ascii="Arial" w:hAnsi="Arial" w:cs="Arial" w:eastAsia="Arial"/>
          <w:lang w:val="he-IL" w:bidi="he-IL"/>
          <w:sz w:val="24"/>
          <w:rtl/>
          <w:szCs w:val="24"/>
        </w:rPr>
        <w:t xml:space="preserve">      ☐ א. כתבתי</w:t>
      </w:r>
    </w:p>
    <w:p>
      <w:pPr>
        <w:bidi/>
        <w:spacing w:after="20"/>
        <w:jc w:val="right"/>
      </w:pPr>
      <w:r>
        <w:rPr>
          <w:rFonts w:ascii="Arial" w:hAnsi="Arial" w:cs="Arial" w:eastAsia="Arial"/>
          <w:lang w:val="he-IL" w:bidi="he-IL"/>
          <w:sz w:val="24"/>
          <w:rtl/>
          <w:szCs w:val="24"/>
        </w:rPr>
        <w:t xml:space="preserve">      ☐ ב. כותב</w:t>
      </w:r>
    </w:p>
    <w:p>
      <w:pPr>
        <w:bidi/>
        <w:spacing w:after="20"/>
        <w:jc w:val="right"/>
      </w:pPr>
      <w:r>
        <w:rPr>
          <w:rFonts w:ascii="Arial" w:hAnsi="Arial" w:cs="Arial" w:eastAsia="Arial"/>
          <w:lang w:val="he-IL" w:bidi="he-IL"/>
          <w:sz w:val="24"/>
          <w:rtl/>
          <w:szCs w:val="24"/>
        </w:rPr>
        <w:t xml:space="preserve">      ☐ ג. אכתוב</w:t>
      </w:r>
    </w:p>
    <w:p>
      <w:pPr>
        <w:bidi/>
        <w:spacing w:after="20"/>
        <w:jc w:val="right"/>
      </w:pPr>
      <w:r>
        <w:rPr>
          <w:rFonts w:ascii="Arial" w:hAnsi="Arial" w:cs="Arial" w:eastAsia="Arial"/>
          <w:lang w:val="he-IL" w:bidi="he-IL"/>
          <w:sz w:val="24"/>
          <w:rtl/>
          <w:szCs w:val="24"/>
        </w:rPr>
        <w:t xml:space="preserve">      ☐ ד. כתוב!</w:t>
      </w:r>
    </w:p>
    <w:p>
      <w:pPr>
        <w:bidi/>
        <w:spacing w:after="20"/>
        <w:jc w:val="right"/>
      </w:pPr>
      <w:r>
        <w:rPr>
          <w:rFonts w:ascii="Arial" w:hAnsi="Arial" w:cs="Arial" w:eastAsia="Arial"/>
          <w:lang w:val="he-IL" w:bidi="he-IL"/>
          <w:b/>
          <w:sz w:val="24"/>
          <w:rtl/>
          <w:szCs w:val="24"/>
          <w:bCs/>
        </w:rPr>
        <w:t>3. איזו מהמילים היא תואר הפועל?</w:t>
      </w:r>
    </w:p>
    <w:p>
      <w:pPr>
        <w:bidi/>
        <w:spacing w:after="20"/>
        <w:jc w:val="right"/>
      </w:pPr>
      <w:r>
        <w:rPr>
          <w:rFonts w:ascii="Arial" w:hAnsi="Arial" w:cs="Arial" w:eastAsia="Arial"/>
          <w:lang w:val="he-IL" w:bidi="he-IL"/>
          <w:sz w:val="24"/>
          <w:rtl/>
          <w:szCs w:val="24"/>
        </w:rPr>
        <w:t xml:space="preserve">      ☐ א. יפה</w:t>
      </w:r>
    </w:p>
    <w:p>
      <w:pPr>
        <w:bidi/>
        <w:spacing w:after="20"/>
        <w:jc w:val="right"/>
      </w:pPr>
      <w:r>
        <w:rPr>
          <w:rFonts w:ascii="Arial" w:hAnsi="Arial" w:cs="Arial" w:eastAsia="Arial"/>
          <w:lang w:val="he-IL" w:bidi="he-IL"/>
          <w:sz w:val="24"/>
          <w:rtl/>
          <w:szCs w:val="24"/>
        </w:rPr>
        <w:t xml:space="preserve">      ☐ ב. מהר</w:t>
      </w:r>
    </w:p>
    <w:p>
      <w:pPr>
        <w:bidi/>
        <w:spacing w:after="20"/>
        <w:jc w:val="right"/>
      </w:pPr>
      <w:r>
        <w:rPr>
          <w:rFonts w:ascii="Arial" w:hAnsi="Arial" w:cs="Arial" w:eastAsia="Arial"/>
          <w:lang w:val="he-IL" w:bidi="he-IL"/>
          <w:sz w:val="24"/>
          <w:rtl/>
          <w:szCs w:val="24"/>
        </w:rPr>
        <w:t xml:space="preserve">      ☐ ג. ילד</w:t>
      </w:r>
    </w:p>
    <w:p>
      <w:pPr>
        <w:bidi/>
        <w:spacing w:after="20"/>
        <w:jc w:val="right"/>
      </w:pPr>
      <w:r>
        <w:rPr>
          <w:rFonts w:ascii="Arial" w:hAnsi="Arial" w:cs="Arial" w:eastAsia="Arial"/>
          <w:lang w:val="he-IL" w:bidi="he-IL"/>
          <w:sz w:val="24"/>
          <w:rtl/>
          <w:szCs w:val="24"/>
        </w:rPr>
        <w:t xml:space="preserve">      ☐ ד. שלנו</w:t>
      </w:r>
    </w:p>
    <w:p>
      <w:pPr>
        <w:bidi/>
        <w:spacing w:after="20"/>
        <w:jc w:val="right"/>
      </w:pPr>
      <w:r>
        <w:rPr>
          <w:rFonts w:ascii="Arial" w:hAnsi="Arial" w:cs="Arial" w:eastAsia="Arial"/>
          <w:lang w:val="he-IL" w:bidi="he-IL"/>
          <w:b/>
          <w:sz w:val="24"/>
          <w:rtl/>
          <w:szCs w:val="24"/>
          <w:bCs/>
        </w:rPr>
        <w:t>4. איזו מהמילים היא מילת יחס נטויה?</w:t>
      </w:r>
    </w:p>
    <w:p>
      <w:pPr>
        <w:bidi/>
        <w:spacing w:after="20"/>
        <w:jc w:val="right"/>
      </w:pPr>
      <w:r>
        <w:rPr>
          <w:rFonts w:ascii="Arial" w:hAnsi="Arial" w:cs="Arial" w:eastAsia="Arial"/>
          <w:lang w:val="he-IL" w:bidi="he-IL"/>
          <w:sz w:val="24"/>
          <w:rtl/>
          <w:szCs w:val="24"/>
        </w:rPr>
        <w:t xml:space="preserve">      ☐ א. עם</w:t>
      </w:r>
    </w:p>
    <w:p>
      <w:pPr>
        <w:bidi/>
        <w:spacing w:after="20"/>
        <w:jc w:val="right"/>
      </w:pPr>
      <w:r>
        <w:rPr>
          <w:rFonts w:ascii="Arial" w:hAnsi="Arial" w:cs="Arial" w:eastAsia="Arial"/>
          <w:lang w:val="he-IL" w:bidi="he-IL"/>
          <w:sz w:val="24"/>
          <w:rtl/>
          <w:szCs w:val="24"/>
        </w:rPr>
        <w:t xml:space="preserve">      ☐ ב. איתו</w:t>
      </w:r>
    </w:p>
    <w:p>
      <w:pPr>
        <w:bidi/>
        <w:spacing w:after="20"/>
        <w:jc w:val="right"/>
      </w:pPr>
      <w:r>
        <w:rPr>
          <w:rFonts w:ascii="Arial" w:hAnsi="Arial" w:cs="Arial" w:eastAsia="Arial"/>
          <w:lang w:val="he-IL" w:bidi="he-IL"/>
          <w:sz w:val="24"/>
          <w:rtl/>
          <w:szCs w:val="24"/>
        </w:rPr>
        <w:t xml:space="preserve">      ☐ ג. אבל</w:t>
      </w:r>
    </w:p>
    <w:p>
      <w:pPr>
        <w:bidi/>
        <w:spacing w:after="20"/>
        <w:jc w:val="right"/>
      </w:pPr>
      <w:r>
        <w:rPr>
          <w:rFonts w:ascii="Arial" w:hAnsi="Arial" w:cs="Arial" w:eastAsia="Arial"/>
          <w:lang w:val="he-IL" w:bidi="he-IL"/>
          <w:sz w:val="24"/>
          <w:rtl/>
          <w:szCs w:val="24"/>
        </w:rPr>
        <w:t xml:space="preserve">      ☐ ד. מתי</w:t>
      </w:r>
    </w:p>
    <w:p>
      <w:pPr>
        <w:bidi/>
        <w:spacing w:after="20"/>
        <w:jc w:val="right"/>
      </w:pPr>
      <w:r>
        <w:rPr>
          <w:rFonts w:ascii="Arial" w:hAnsi="Arial" w:cs="Arial" w:eastAsia="Arial"/>
          <w:lang w:val="he-IL" w:bidi="he-IL"/>
          <w:b/>
          <w:sz w:val="24"/>
          <w:rtl/>
          <w:szCs w:val="24"/>
          <w:bCs/>
        </w:rPr>
        <w:t>5. איזו מהמילים היא מילת קישור המבטאת תנאי?</w:t>
      </w:r>
    </w:p>
    <w:p>
      <w:pPr>
        <w:bidi/>
        <w:spacing w:after="20"/>
        <w:jc w:val="right"/>
      </w:pPr>
      <w:r>
        <w:rPr>
          <w:rFonts w:ascii="Arial" w:hAnsi="Arial" w:cs="Arial" w:eastAsia="Arial"/>
          <w:lang w:val="he-IL" w:bidi="he-IL"/>
          <w:sz w:val="24"/>
          <w:rtl/>
          <w:szCs w:val="24"/>
        </w:rPr>
        <w:t xml:space="preserve">      ☐ א. אם</w:t>
      </w:r>
    </w:p>
    <w:p>
      <w:pPr>
        <w:bidi/>
        <w:spacing w:after="20"/>
        <w:jc w:val="right"/>
      </w:pPr>
      <w:r>
        <w:rPr>
          <w:rFonts w:ascii="Arial" w:hAnsi="Arial" w:cs="Arial" w:eastAsia="Arial"/>
          <w:lang w:val="he-IL" w:bidi="he-IL"/>
          <w:sz w:val="24"/>
          <w:rtl/>
          <w:szCs w:val="24"/>
        </w:rPr>
        <w:t xml:space="preserve">      ☐ ב. לכן</w:t>
      </w:r>
    </w:p>
    <w:p>
      <w:pPr>
        <w:bidi/>
        <w:spacing w:after="20"/>
        <w:jc w:val="right"/>
      </w:pPr>
      <w:r>
        <w:rPr>
          <w:rFonts w:ascii="Arial" w:hAnsi="Arial" w:cs="Arial" w:eastAsia="Arial"/>
          <w:lang w:val="he-IL" w:bidi="he-IL"/>
          <w:sz w:val="24"/>
          <w:rtl/>
          <w:szCs w:val="24"/>
        </w:rPr>
        <w:t xml:space="preserve">      ☐ ג. אבל</w:t>
      </w:r>
    </w:p>
    <w:p>
      <w:pPr>
        <w:bidi/>
        <w:spacing w:after="20"/>
        <w:jc w:val="right"/>
      </w:pPr>
      <w:r>
        <w:rPr>
          <w:rFonts w:ascii="Arial" w:hAnsi="Arial" w:cs="Arial" w:eastAsia="Arial"/>
          <w:lang w:val="he-IL" w:bidi="he-IL"/>
          <w:sz w:val="24"/>
          <w:rtl/>
          <w:szCs w:val="24"/>
        </w:rPr>
        <w:t xml:space="preserve">      ☐ ד. כי</w:t>
      </w:r>
    </w:p>
    <w:p>
      <w:pPr>
        <w:bidi/>
        <w:spacing w:after="20"/>
        <w:jc w:val="right"/>
      </w:pPr>
      <w:r>
        <w:rPr>
          <w:rFonts w:ascii="Arial" w:hAnsi="Arial" w:cs="Arial" w:eastAsia="Arial"/>
          <w:lang w:val="he-IL" w:bidi="he-IL"/>
          <w:b/>
          <w:sz w:val="24"/>
          <w:rtl/>
          <w:szCs w:val="24"/>
          <w:bCs/>
        </w:rPr>
        <w:t>6. איזו מהמילים היא שם מספר?</w:t>
      </w:r>
    </w:p>
    <w:p>
      <w:pPr>
        <w:bidi/>
        <w:spacing w:after="20"/>
        <w:jc w:val="right"/>
      </w:pPr>
      <w:r>
        <w:rPr>
          <w:rFonts w:ascii="Arial" w:hAnsi="Arial" w:cs="Arial" w:eastAsia="Arial"/>
          <w:lang w:val="he-IL" w:bidi="he-IL"/>
          <w:sz w:val="24"/>
          <w:rtl/>
          <w:szCs w:val="24"/>
        </w:rPr>
        <w:t xml:space="preserve">      ☐ א. ראשון</w:t>
      </w:r>
    </w:p>
    <w:p>
      <w:pPr>
        <w:bidi/>
        <w:spacing w:after="20"/>
        <w:jc w:val="right"/>
      </w:pPr>
      <w:r>
        <w:rPr>
          <w:rFonts w:ascii="Arial" w:hAnsi="Arial" w:cs="Arial" w:eastAsia="Arial"/>
          <w:lang w:val="he-IL" w:bidi="he-IL"/>
          <w:sz w:val="24"/>
          <w:rtl/>
          <w:szCs w:val="24"/>
        </w:rPr>
        <w:t xml:space="preserve">      ☐ ב. יפה</w:t>
      </w:r>
    </w:p>
    <w:p>
      <w:pPr>
        <w:bidi/>
        <w:spacing w:after="20"/>
        <w:jc w:val="right"/>
      </w:pPr>
      <w:r>
        <w:rPr>
          <w:rFonts w:ascii="Arial" w:hAnsi="Arial" w:cs="Arial" w:eastAsia="Arial"/>
          <w:lang w:val="he-IL" w:bidi="he-IL"/>
          <w:sz w:val="24"/>
          <w:rtl/>
          <w:szCs w:val="24"/>
        </w:rPr>
        <w:t xml:space="preserve">      ☐ ג. הוא</w:t>
      </w:r>
    </w:p>
    <w:p>
      <w:pPr>
        <w:bidi/>
        <w:spacing w:after="20"/>
        <w:jc w:val="right"/>
      </w:pPr>
      <w:r>
        <w:rPr>
          <w:rFonts w:ascii="Arial" w:hAnsi="Arial" w:cs="Arial" w:eastAsia="Arial"/>
          <w:lang w:val="he-IL" w:bidi="he-IL"/>
          <w:sz w:val="24"/>
          <w:rtl/>
          <w:szCs w:val="24"/>
        </w:rPr>
        <w:t xml:space="preserve">      ☐ ד. מתי</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חזרה מסכמת – כתיבה משולבת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פסקה קצרה (3-4 משפטים) המתארת יום בבית הספר, ושלבו בה לפחות: שם עצם, שם תואר, פועל, תואר הפועל ומילת קישור אחת. סמנו כל חלק דיבר בצבע או בקו.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שלושה חלקי דיבר שלמדתם ושהיה קשה לכם לזהות, והסבירו במילים שלכם איך תזהו אותם בפעם הבאה.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לזהות שם עצם, שם תואר ופועל במשפט נתון?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להטות שם תואר כך שיתאים במין ובמספר לשם העצם?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מכיר/ה את ההבדל בין מילת יחס למילת קישור ויודע/ת לתת דוגמה לכל אחת?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מסע חלקי הדיבר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